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3686"/>
        <w:gridCol w:w="5812"/>
      </w:tblGrid>
      <w:tr w:rsidR="00861FC3" w:rsidRPr="00E9424C" w:rsidTr="00861FC3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861FC3" w:rsidRPr="00E9424C" w:rsidRDefault="00861FC3" w:rsidP="00861FC3">
            <w:pPr>
              <w:spacing w:after="0" w:line="240" w:lineRule="auto"/>
              <w:ind w:firstLine="37"/>
              <w:jc w:val="center"/>
              <w:rPr>
                <w:rFonts w:cs="Times New Roman"/>
                <w:szCs w:val="26"/>
              </w:rPr>
            </w:pPr>
            <w:r w:rsidRPr="00E9424C">
              <w:rPr>
                <w:rFonts w:cs="Times New Roman"/>
                <w:szCs w:val="26"/>
              </w:rPr>
              <w:t xml:space="preserve">UBND XÃ </w:t>
            </w:r>
            <w:r>
              <w:rPr>
                <w:rFonts w:cs="Times New Roman"/>
                <w:szCs w:val="26"/>
              </w:rPr>
              <w:t xml:space="preserve">BINH </w:t>
            </w:r>
            <w:r w:rsidRPr="00E9424C">
              <w:rPr>
                <w:rFonts w:cs="Times New Roman"/>
                <w:szCs w:val="26"/>
              </w:rPr>
              <w:t xml:space="preserve">AN </w:t>
            </w:r>
          </w:p>
          <w:p w:rsidR="00861FC3" w:rsidRDefault="00861FC3" w:rsidP="00861FC3">
            <w:pPr>
              <w:spacing w:after="0" w:line="240" w:lineRule="auto"/>
              <w:jc w:val="center"/>
              <w:rPr>
                <w:rFonts w:cs="Times New Roman"/>
                <w:b/>
                <w:szCs w:val="28"/>
              </w:rPr>
            </w:pPr>
            <w:r w:rsidRPr="00E9424C">
              <w:rPr>
                <w:rFonts w:cs="Times New Roman"/>
                <w:b/>
                <w:szCs w:val="28"/>
              </w:rPr>
              <w:t>PHÒNG KINH TẾ</w:t>
            </w:r>
          </w:p>
          <w:p w:rsidR="00861FC3" w:rsidRPr="00E9424C" w:rsidRDefault="00861FC3" w:rsidP="00861FC3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E9424C">
              <w:rPr>
                <w:rFonts w:cs="Times New Roman"/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60DAAEC" wp14:editId="05630B56">
                      <wp:simplePos x="0" y="0"/>
                      <wp:positionH relativeFrom="column">
                        <wp:posOffset>631190</wp:posOffset>
                      </wp:positionH>
                      <wp:positionV relativeFrom="paragraph">
                        <wp:posOffset>96520</wp:posOffset>
                      </wp:positionV>
                      <wp:extent cx="883920" cy="0"/>
                      <wp:effectExtent l="0" t="0" r="3048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39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267FDF" id="Straight Connector 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7pt,7.6pt" to="119.3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" strokecolor="black [3040]"/>
                  </w:pict>
                </mc:Fallback>
              </mc:AlternateContent>
            </w:r>
          </w:p>
          <w:p w:rsidR="00861FC3" w:rsidRPr="00E9424C" w:rsidRDefault="00861FC3" w:rsidP="00861FC3">
            <w:pPr>
              <w:spacing w:after="0" w:line="240" w:lineRule="auto"/>
              <w:jc w:val="center"/>
              <w:rPr>
                <w:rFonts w:cs="Times New Roman"/>
                <w:szCs w:val="26"/>
              </w:rPr>
            </w:pPr>
            <w:proofErr w:type="spellStart"/>
            <w:r w:rsidRPr="00E9424C">
              <w:rPr>
                <w:rFonts w:cs="Times New Roman"/>
                <w:szCs w:val="26"/>
              </w:rPr>
              <w:t>Số</w:t>
            </w:r>
            <w:proofErr w:type="spellEnd"/>
            <w:r w:rsidRPr="00E9424C">
              <w:rPr>
                <w:rFonts w:cs="Times New Roman"/>
                <w:szCs w:val="26"/>
              </w:rPr>
              <w:t>:        /BC-PKT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861FC3" w:rsidRPr="00E9424C" w:rsidRDefault="00861FC3" w:rsidP="00861FC3">
            <w:pPr>
              <w:spacing w:after="0" w:line="240" w:lineRule="auto"/>
              <w:jc w:val="center"/>
              <w:rPr>
                <w:rFonts w:cs="Times New Roman"/>
                <w:szCs w:val="26"/>
              </w:rPr>
            </w:pPr>
            <w:r w:rsidRPr="00E9424C">
              <w:rPr>
                <w:rFonts w:cs="Times New Roman"/>
                <w:b/>
                <w:szCs w:val="26"/>
              </w:rPr>
              <w:t>CỘNG HÒA XÃ HỘI CHỦ NGHĨA VIỆT NAM</w:t>
            </w:r>
          </w:p>
          <w:p w:rsidR="00861FC3" w:rsidRDefault="00861FC3" w:rsidP="00861FC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proofErr w:type="spellStart"/>
            <w:r w:rsidRPr="00E9424C">
              <w:rPr>
                <w:rFonts w:cs="Times New Roman"/>
                <w:b/>
              </w:rPr>
              <w:t>Độc</w:t>
            </w:r>
            <w:proofErr w:type="spellEnd"/>
            <w:r w:rsidRPr="00E9424C">
              <w:rPr>
                <w:rFonts w:cs="Times New Roman"/>
                <w:b/>
              </w:rPr>
              <w:t xml:space="preserve"> </w:t>
            </w:r>
            <w:proofErr w:type="spellStart"/>
            <w:r w:rsidRPr="00E9424C">
              <w:rPr>
                <w:rFonts w:cs="Times New Roman"/>
                <w:b/>
              </w:rPr>
              <w:t>lập</w:t>
            </w:r>
            <w:proofErr w:type="spellEnd"/>
            <w:r w:rsidRPr="00E9424C">
              <w:rPr>
                <w:rFonts w:cs="Times New Roman"/>
                <w:b/>
              </w:rPr>
              <w:t xml:space="preserve"> - </w:t>
            </w:r>
            <w:proofErr w:type="spellStart"/>
            <w:r w:rsidRPr="00E9424C">
              <w:rPr>
                <w:rFonts w:cs="Times New Roman"/>
                <w:b/>
              </w:rPr>
              <w:t>Tự</w:t>
            </w:r>
            <w:proofErr w:type="spellEnd"/>
            <w:r w:rsidRPr="00E9424C">
              <w:rPr>
                <w:rFonts w:cs="Times New Roman"/>
                <w:b/>
              </w:rPr>
              <w:t xml:space="preserve"> do - </w:t>
            </w:r>
            <w:proofErr w:type="spellStart"/>
            <w:r w:rsidRPr="00E9424C">
              <w:rPr>
                <w:rFonts w:cs="Times New Roman"/>
                <w:b/>
              </w:rPr>
              <w:t>Hạnh</w:t>
            </w:r>
            <w:proofErr w:type="spellEnd"/>
            <w:r w:rsidRPr="00E9424C">
              <w:rPr>
                <w:rFonts w:cs="Times New Roman"/>
                <w:b/>
              </w:rPr>
              <w:t xml:space="preserve"> </w:t>
            </w:r>
            <w:proofErr w:type="spellStart"/>
            <w:r w:rsidRPr="00E9424C">
              <w:rPr>
                <w:rFonts w:cs="Times New Roman"/>
                <w:b/>
              </w:rPr>
              <w:t>phúc</w:t>
            </w:r>
            <w:proofErr w:type="spellEnd"/>
          </w:p>
          <w:p w:rsidR="00861FC3" w:rsidRPr="00E9424C" w:rsidRDefault="00861FC3" w:rsidP="00861FC3">
            <w:pPr>
              <w:spacing w:after="0" w:line="240" w:lineRule="auto"/>
              <w:jc w:val="center"/>
              <w:rPr>
                <w:rFonts w:cs="Times New Roman"/>
                <w:sz w:val="32"/>
              </w:rPr>
            </w:pPr>
            <w:r w:rsidRPr="00E9424C">
              <w:rPr>
                <w:rFonts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3B68F6D" wp14:editId="4DA91061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142240</wp:posOffset>
                      </wp:positionV>
                      <wp:extent cx="1874520" cy="0"/>
                      <wp:effectExtent l="0" t="0" r="3048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745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3B664EE" id="Straight Connector 4" o:spid="_x0000_s1026" style="position:absolute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.4pt,11.2pt" to="21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" strokecolor="black [3040]"/>
                  </w:pict>
                </mc:Fallback>
              </mc:AlternateContent>
            </w:r>
          </w:p>
          <w:p w:rsidR="00861FC3" w:rsidRPr="00E9424C" w:rsidRDefault="00861FC3" w:rsidP="00861FC3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861FC3" w:rsidRDefault="00861FC3" w:rsidP="00861FC3">
      <w:pPr>
        <w:pStyle w:val="HCTitle"/>
        <w:spacing w:before="0" w:after="0" w:line="240" w:lineRule="auto"/>
        <w:rPr>
          <w:szCs w:val="28"/>
        </w:rPr>
      </w:pPr>
    </w:p>
    <w:p w:rsidR="007C6B9B" w:rsidRPr="00861FC3" w:rsidRDefault="00B21210" w:rsidP="00861FC3">
      <w:pPr>
        <w:pStyle w:val="HCTitle"/>
        <w:spacing w:before="0" w:after="0" w:line="240" w:lineRule="auto"/>
        <w:rPr>
          <w:szCs w:val="28"/>
        </w:rPr>
      </w:pPr>
      <w:bookmarkStart w:id="0" w:name="_GoBack"/>
      <w:bookmarkEnd w:id="0"/>
      <w:r w:rsidRPr="00861FC3">
        <w:rPr>
          <w:szCs w:val="28"/>
        </w:rPr>
        <w:t>PHIẾU LẤY Ý KIẾN</w:t>
      </w:r>
    </w:p>
    <w:p w:rsidR="007C6B9B" w:rsidRPr="00861FC3" w:rsidRDefault="00B21210" w:rsidP="00861FC3">
      <w:pPr>
        <w:pStyle w:val="HCSubtitle"/>
        <w:spacing w:after="0" w:line="240" w:lineRule="auto"/>
        <w:rPr>
          <w:sz w:val="28"/>
          <w:szCs w:val="28"/>
        </w:rPr>
      </w:pPr>
      <w:proofErr w:type="spellStart"/>
      <w:r w:rsidRPr="00861FC3">
        <w:rPr>
          <w:sz w:val="28"/>
          <w:szCs w:val="28"/>
        </w:rPr>
        <w:t>Cộng</w:t>
      </w:r>
      <w:proofErr w:type="spellEnd"/>
      <w:r w:rsidRPr="00861FC3">
        <w:rPr>
          <w:sz w:val="28"/>
          <w:szCs w:val="28"/>
        </w:rPr>
        <w:t xml:space="preserve"> </w:t>
      </w:r>
      <w:proofErr w:type="spellStart"/>
      <w:r w:rsidRPr="00861FC3">
        <w:rPr>
          <w:sz w:val="28"/>
          <w:szCs w:val="28"/>
        </w:rPr>
        <w:t>đồng</w:t>
      </w:r>
      <w:proofErr w:type="spellEnd"/>
      <w:r w:rsidRPr="00861FC3">
        <w:rPr>
          <w:sz w:val="28"/>
          <w:szCs w:val="28"/>
        </w:rPr>
        <w:t xml:space="preserve"> </w:t>
      </w:r>
      <w:proofErr w:type="spellStart"/>
      <w:r w:rsidRPr="00861FC3">
        <w:rPr>
          <w:sz w:val="28"/>
          <w:szCs w:val="28"/>
        </w:rPr>
        <w:t>dân</w:t>
      </w:r>
      <w:proofErr w:type="spellEnd"/>
      <w:r w:rsidRPr="00861FC3">
        <w:rPr>
          <w:sz w:val="28"/>
          <w:szCs w:val="28"/>
        </w:rPr>
        <w:t xml:space="preserve"> </w:t>
      </w:r>
      <w:proofErr w:type="spellStart"/>
      <w:r w:rsidRPr="00861FC3">
        <w:rPr>
          <w:sz w:val="28"/>
          <w:szCs w:val="28"/>
        </w:rPr>
        <w:t>cư</w:t>
      </w:r>
      <w:proofErr w:type="spellEnd"/>
      <w:r w:rsidRPr="00861FC3">
        <w:rPr>
          <w:sz w:val="28"/>
          <w:szCs w:val="28"/>
        </w:rPr>
        <w:t xml:space="preserve"> </w:t>
      </w:r>
      <w:proofErr w:type="spellStart"/>
      <w:r w:rsidRPr="00861FC3">
        <w:rPr>
          <w:sz w:val="28"/>
          <w:szCs w:val="28"/>
        </w:rPr>
        <w:t>đối</w:t>
      </w:r>
      <w:proofErr w:type="spellEnd"/>
      <w:r w:rsidRPr="00861FC3">
        <w:rPr>
          <w:sz w:val="28"/>
          <w:szCs w:val="28"/>
        </w:rPr>
        <w:t xml:space="preserve"> </w:t>
      </w:r>
      <w:proofErr w:type="spellStart"/>
      <w:r w:rsidRPr="00861FC3">
        <w:rPr>
          <w:sz w:val="28"/>
          <w:szCs w:val="28"/>
        </w:rPr>
        <w:t>với</w:t>
      </w:r>
      <w:proofErr w:type="spellEnd"/>
      <w:r w:rsidRPr="00861FC3">
        <w:rPr>
          <w:sz w:val="28"/>
          <w:szCs w:val="28"/>
        </w:rPr>
        <w:t xml:space="preserve"> </w:t>
      </w:r>
      <w:proofErr w:type="spellStart"/>
      <w:r w:rsidRPr="00861FC3">
        <w:rPr>
          <w:sz w:val="28"/>
          <w:szCs w:val="28"/>
        </w:rPr>
        <w:t>hồ</w:t>
      </w:r>
      <w:proofErr w:type="spellEnd"/>
      <w:r w:rsidRPr="00861FC3">
        <w:rPr>
          <w:sz w:val="28"/>
          <w:szCs w:val="28"/>
        </w:rPr>
        <w:t xml:space="preserve"> </w:t>
      </w:r>
      <w:proofErr w:type="spellStart"/>
      <w:r w:rsidRPr="00861FC3">
        <w:rPr>
          <w:sz w:val="28"/>
          <w:szCs w:val="28"/>
        </w:rPr>
        <w:t>sơ</w:t>
      </w:r>
      <w:proofErr w:type="spellEnd"/>
      <w:r w:rsidRPr="00861FC3">
        <w:rPr>
          <w:sz w:val="28"/>
          <w:szCs w:val="28"/>
        </w:rPr>
        <w:t xml:space="preserve"> </w:t>
      </w:r>
      <w:proofErr w:type="spellStart"/>
      <w:r w:rsidRPr="00861FC3">
        <w:rPr>
          <w:sz w:val="28"/>
          <w:szCs w:val="28"/>
        </w:rPr>
        <w:t>điều</w:t>
      </w:r>
      <w:proofErr w:type="spellEnd"/>
      <w:r w:rsidRPr="00861FC3">
        <w:rPr>
          <w:sz w:val="28"/>
          <w:szCs w:val="28"/>
        </w:rPr>
        <w:t xml:space="preserve"> </w:t>
      </w:r>
      <w:proofErr w:type="spellStart"/>
      <w:r w:rsidRPr="00861FC3">
        <w:rPr>
          <w:sz w:val="28"/>
          <w:szCs w:val="28"/>
        </w:rPr>
        <w:t>chỉnh</w:t>
      </w:r>
      <w:proofErr w:type="spellEnd"/>
      <w:r w:rsidRPr="00861FC3">
        <w:rPr>
          <w:sz w:val="28"/>
          <w:szCs w:val="28"/>
        </w:rPr>
        <w:t xml:space="preserve"> </w:t>
      </w:r>
      <w:proofErr w:type="spellStart"/>
      <w:r w:rsidRPr="00861FC3">
        <w:rPr>
          <w:sz w:val="28"/>
          <w:szCs w:val="28"/>
        </w:rPr>
        <w:t>cục</w:t>
      </w:r>
      <w:proofErr w:type="spellEnd"/>
      <w:r w:rsidRPr="00861FC3">
        <w:rPr>
          <w:sz w:val="28"/>
          <w:szCs w:val="28"/>
        </w:rPr>
        <w:t xml:space="preserve"> </w:t>
      </w:r>
      <w:proofErr w:type="spellStart"/>
      <w:r w:rsidRPr="00861FC3">
        <w:rPr>
          <w:sz w:val="28"/>
          <w:szCs w:val="28"/>
        </w:rPr>
        <w:t>bộ</w:t>
      </w:r>
      <w:proofErr w:type="spellEnd"/>
      <w:r w:rsidRPr="00861FC3">
        <w:rPr>
          <w:sz w:val="28"/>
          <w:szCs w:val="28"/>
        </w:rPr>
        <w:t xml:space="preserve"> </w:t>
      </w:r>
      <w:proofErr w:type="spellStart"/>
      <w:r w:rsidRPr="00861FC3">
        <w:rPr>
          <w:sz w:val="28"/>
          <w:szCs w:val="28"/>
        </w:rPr>
        <w:t>Quy</w:t>
      </w:r>
      <w:proofErr w:type="spellEnd"/>
      <w:r w:rsidRPr="00861FC3">
        <w:rPr>
          <w:sz w:val="28"/>
          <w:szCs w:val="28"/>
        </w:rPr>
        <w:t xml:space="preserve"> </w:t>
      </w:r>
      <w:proofErr w:type="spellStart"/>
      <w:r w:rsidRPr="00861FC3">
        <w:rPr>
          <w:sz w:val="28"/>
          <w:szCs w:val="28"/>
        </w:rPr>
        <w:t>hoạch</w:t>
      </w:r>
      <w:proofErr w:type="spellEnd"/>
      <w:r w:rsidRPr="00861FC3">
        <w:rPr>
          <w:sz w:val="28"/>
          <w:szCs w:val="28"/>
        </w:rPr>
        <w:t xml:space="preserve"> </w:t>
      </w:r>
      <w:proofErr w:type="spellStart"/>
      <w:r w:rsidRPr="00861FC3">
        <w:rPr>
          <w:sz w:val="28"/>
          <w:szCs w:val="28"/>
        </w:rPr>
        <w:t>chung</w:t>
      </w:r>
      <w:proofErr w:type="spellEnd"/>
      <w:r w:rsidRPr="00861FC3">
        <w:rPr>
          <w:sz w:val="28"/>
          <w:szCs w:val="28"/>
        </w:rPr>
        <w:t xml:space="preserve"> </w:t>
      </w:r>
      <w:proofErr w:type="spellStart"/>
      <w:r w:rsidRPr="00861FC3">
        <w:rPr>
          <w:sz w:val="28"/>
          <w:szCs w:val="28"/>
        </w:rPr>
        <w:t>xây</w:t>
      </w:r>
      <w:proofErr w:type="spellEnd"/>
      <w:r w:rsidRPr="00861FC3">
        <w:rPr>
          <w:sz w:val="28"/>
          <w:szCs w:val="28"/>
        </w:rPr>
        <w:t xml:space="preserve"> </w:t>
      </w:r>
      <w:proofErr w:type="spellStart"/>
      <w:r w:rsidRPr="00861FC3">
        <w:rPr>
          <w:sz w:val="28"/>
          <w:szCs w:val="28"/>
        </w:rPr>
        <w:t>dựng</w:t>
      </w:r>
      <w:proofErr w:type="spellEnd"/>
      <w:r w:rsidRPr="00861FC3">
        <w:rPr>
          <w:sz w:val="28"/>
          <w:szCs w:val="28"/>
        </w:rPr>
        <w:t xml:space="preserve"> </w:t>
      </w:r>
      <w:proofErr w:type="spellStart"/>
      <w:r w:rsidRPr="00861FC3">
        <w:rPr>
          <w:sz w:val="28"/>
          <w:szCs w:val="28"/>
        </w:rPr>
        <w:t>xã</w:t>
      </w:r>
      <w:proofErr w:type="spellEnd"/>
      <w:r w:rsidRPr="00861FC3">
        <w:rPr>
          <w:sz w:val="28"/>
          <w:szCs w:val="28"/>
        </w:rPr>
        <w:t xml:space="preserve"> </w:t>
      </w:r>
      <w:r w:rsidR="00861FC3">
        <w:rPr>
          <w:sz w:val="28"/>
          <w:szCs w:val="28"/>
        </w:rPr>
        <w:t xml:space="preserve">Long </w:t>
      </w:r>
      <w:proofErr w:type="spellStart"/>
      <w:r w:rsidR="00861FC3">
        <w:rPr>
          <w:sz w:val="28"/>
          <w:szCs w:val="28"/>
        </w:rPr>
        <w:t>Đức</w:t>
      </w:r>
      <w:proofErr w:type="spellEnd"/>
      <w:r w:rsidRPr="00861FC3">
        <w:rPr>
          <w:sz w:val="28"/>
          <w:szCs w:val="28"/>
        </w:rPr>
        <w:t xml:space="preserve">, </w:t>
      </w:r>
      <w:proofErr w:type="spellStart"/>
      <w:r w:rsidRPr="00861FC3">
        <w:rPr>
          <w:sz w:val="28"/>
          <w:szCs w:val="28"/>
        </w:rPr>
        <w:t>huyện</w:t>
      </w:r>
      <w:proofErr w:type="spellEnd"/>
      <w:r w:rsidRPr="00861FC3">
        <w:rPr>
          <w:sz w:val="28"/>
          <w:szCs w:val="28"/>
        </w:rPr>
        <w:t xml:space="preserve"> Long </w:t>
      </w:r>
      <w:proofErr w:type="spellStart"/>
      <w:r w:rsidRPr="00861FC3">
        <w:rPr>
          <w:sz w:val="28"/>
          <w:szCs w:val="28"/>
        </w:rPr>
        <w:t>Thành</w:t>
      </w:r>
      <w:proofErr w:type="spellEnd"/>
      <w:r w:rsidRPr="00861FC3">
        <w:rPr>
          <w:sz w:val="28"/>
          <w:szCs w:val="28"/>
        </w:rPr>
        <w:t xml:space="preserve">, </w:t>
      </w:r>
      <w:proofErr w:type="spellStart"/>
      <w:r w:rsidRPr="00861FC3">
        <w:rPr>
          <w:sz w:val="28"/>
          <w:szCs w:val="28"/>
        </w:rPr>
        <w:t>tỉnh</w:t>
      </w:r>
      <w:proofErr w:type="spellEnd"/>
      <w:r w:rsidRPr="00861FC3">
        <w:rPr>
          <w:sz w:val="28"/>
          <w:szCs w:val="28"/>
        </w:rPr>
        <w:t xml:space="preserve"> </w:t>
      </w:r>
      <w:proofErr w:type="spellStart"/>
      <w:r w:rsidRPr="00861FC3">
        <w:rPr>
          <w:sz w:val="28"/>
          <w:szCs w:val="28"/>
        </w:rPr>
        <w:t>Đồng</w:t>
      </w:r>
      <w:proofErr w:type="spellEnd"/>
      <w:r w:rsidRPr="00861FC3">
        <w:rPr>
          <w:sz w:val="28"/>
          <w:szCs w:val="28"/>
        </w:rPr>
        <w:t xml:space="preserve"> </w:t>
      </w:r>
      <w:proofErr w:type="spellStart"/>
      <w:r w:rsidRPr="00861FC3">
        <w:rPr>
          <w:sz w:val="28"/>
          <w:szCs w:val="28"/>
        </w:rPr>
        <w:t>Nai</w:t>
      </w:r>
      <w:proofErr w:type="spellEnd"/>
      <w:r w:rsidRPr="00861FC3">
        <w:rPr>
          <w:sz w:val="28"/>
          <w:szCs w:val="28"/>
        </w:rPr>
        <w:t xml:space="preserve"> </w:t>
      </w:r>
      <w:proofErr w:type="spellStart"/>
      <w:r w:rsidRPr="00861FC3">
        <w:rPr>
          <w:sz w:val="28"/>
          <w:szCs w:val="28"/>
        </w:rPr>
        <w:t>giai</w:t>
      </w:r>
      <w:proofErr w:type="spellEnd"/>
      <w:r w:rsidRPr="00861FC3">
        <w:rPr>
          <w:sz w:val="28"/>
          <w:szCs w:val="28"/>
        </w:rPr>
        <w:t xml:space="preserve"> </w:t>
      </w:r>
      <w:proofErr w:type="spellStart"/>
      <w:r w:rsidRPr="00861FC3">
        <w:rPr>
          <w:sz w:val="28"/>
          <w:szCs w:val="28"/>
        </w:rPr>
        <w:t>đoạn</w:t>
      </w:r>
      <w:proofErr w:type="spellEnd"/>
      <w:r w:rsidRPr="00861FC3">
        <w:rPr>
          <w:sz w:val="28"/>
          <w:szCs w:val="28"/>
        </w:rPr>
        <w:t xml:space="preserve"> </w:t>
      </w:r>
      <w:proofErr w:type="spellStart"/>
      <w:r w:rsidRPr="00861FC3">
        <w:rPr>
          <w:sz w:val="28"/>
          <w:szCs w:val="28"/>
        </w:rPr>
        <w:t>đến</w:t>
      </w:r>
      <w:proofErr w:type="spellEnd"/>
      <w:r w:rsidRPr="00861FC3">
        <w:rPr>
          <w:sz w:val="28"/>
          <w:szCs w:val="28"/>
        </w:rPr>
        <w:t xml:space="preserve"> </w:t>
      </w:r>
      <w:proofErr w:type="spellStart"/>
      <w:r w:rsidRPr="00861FC3">
        <w:rPr>
          <w:sz w:val="28"/>
          <w:szCs w:val="28"/>
        </w:rPr>
        <w:t>năm</w:t>
      </w:r>
      <w:proofErr w:type="spellEnd"/>
      <w:r w:rsidRPr="00861FC3">
        <w:rPr>
          <w:sz w:val="28"/>
          <w:szCs w:val="28"/>
        </w:rPr>
        <w:t xml:space="preserve"> 2025 </w:t>
      </w:r>
      <w:proofErr w:type="spellStart"/>
      <w:r w:rsidRPr="00861FC3">
        <w:rPr>
          <w:sz w:val="28"/>
          <w:szCs w:val="28"/>
        </w:rPr>
        <w:t>và</w:t>
      </w:r>
      <w:proofErr w:type="spellEnd"/>
      <w:r w:rsidRPr="00861FC3">
        <w:rPr>
          <w:sz w:val="28"/>
          <w:szCs w:val="28"/>
        </w:rPr>
        <w:t xml:space="preserve"> </w:t>
      </w:r>
      <w:proofErr w:type="spellStart"/>
      <w:r w:rsidRPr="00861FC3">
        <w:rPr>
          <w:sz w:val="28"/>
          <w:szCs w:val="28"/>
        </w:rPr>
        <w:t>dài</w:t>
      </w:r>
      <w:proofErr w:type="spellEnd"/>
      <w:r w:rsidRPr="00861FC3">
        <w:rPr>
          <w:sz w:val="28"/>
          <w:szCs w:val="28"/>
        </w:rPr>
        <w:t xml:space="preserve"> </w:t>
      </w:r>
      <w:proofErr w:type="spellStart"/>
      <w:r w:rsidRPr="00861FC3">
        <w:rPr>
          <w:sz w:val="28"/>
          <w:szCs w:val="28"/>
        </w:rPr>
        <w:t>hạn</w:t>
      </w:r>
      <w:proofErr w:type="spellEnd"/>
      <w:r w:rsidRPr="00861FC3">
        <w:rPr>
          <w:sz w:val="28"/>
          <w:szCs w:val="28"/>
        </w:rPr>
        <w:t xml:space="preserve"> </w:t>
      </w:r>
      <w:proofErr w:type="spellStart"/>
      <w:r w:rsidRPr="00861FC3">
        <w:rPr>
          <w:sz w:val="28"/>
          <w:szCs w:val="28"/>
        </w:rPr>
        <w:t>đến</w:t>
      </w:r>
      <w:proofErr w:type="spellEnd"/>
      <w:r w:rsidRPr="00861FC3">
        <w:rPr>
          <w:sz w:val="28"/>
          <w:szCs w:val="28"/>
        </w:rPr>
        <w:t xml:space="preserve"> </w:t>
      </w:r>
      <w:proofErr w:type="spellStart"/>
      <w:r w:rsidRPr="00861FC3">
        <w:rPr>
          <w:sz w:val="28"/>
          <w:szCs w:val="28"/>
        </w:rPr>
        <w:t>năm</w:t>
      </w:r>
      <w:proofErr w:type="spellEnd"/>
      <w:r w:rsidRPr="00861FC3">
        <w:rPr>
          <w:sz w:val="28"/>
          <w:szCs w:val="28"/>
        </w:rPr>
        <w:t xml:space="preserve"> 2030 (nay </w:t>
      </w:r>
      <w:proofErr w:type="spellStart"/>
      <w:r w:rsidRPr="00861FC3">
        <w:rPr>
          <w:sz w:val="28"/>
          <w:szCs w:val="28"/>
        </w:rPr>
        <w:t>thuộc</w:t>
      </w:r>
      <w:proofErr w:type="spellEnd"/>
      <w:r w:rsidRPr="00861FC3">
        <w:rPr>
          <w:sz w:val="28"/>
          <w:szCs w:val="28"/>
        </w:rPr>
        <w:t xml:space="preserve"> </w:t>
      </w:r>
      <w:proofErr w:type="spellStart"/>
      <w:r w:rsidRPr="00861FC3">
        <w:rPr>
          <w:sz w:val="28"/>
          <w:szCs w:val="28"/>
        </w:rPr>
        <w:t>xã</w:t>
      </w:r>
      <w:proofErr w:type="spellEnd"/>
      <w:r w:rsidRPr="00861FC3">
        <w:rPr>
          <w:sz w:val="28"/>
          <w:szCs w:val="28"/>
        </w:rPr>
        <w:t xml:space="preserve"> </w:t>
      </w:r>
      <w:proofErr w:type="spellStart"/>
      <w:r w:rsidR="00861FC3">
        <w:rPr>
          <w:sz w:val="28"/>
          <w:szCs w:val="28"/>
        </w:rPr>
        <w:t>Bình</w:t>
      </w:r>
      <w:proofErr w:type="spellEnd"/>
      <w:r w:rsidR="00861FC3">
        <w:rPr>
          <w:sz w:val="28"/>
          <w:szCs w:val="28"/>
        </w:rPr>
        <w:t xml:space="preserve"> </w:t>
      </w:r>
      <w:r w:rsidRPr="00861FC3">
        <w:rPr>
          <w:sz w:val="28"/>
          <w:szCs w:val="28"/>
        </w:rPr>
        <w:t xml:space="preserve">An, </w:t>
      </w:r>
      <w:proofErr w:type="spellStart"/>
      <w:r w:rsidRPr="00861FC3">
        <w:rPr>
          <w:sz w:val="28"/>
          <w:szCs w:val="28"/>
        </w:rPr>
        <w:t>thành</w:t>
      </w:r>
      <w:proofErr w:type="spellEnd"/>
      <w:r w:rsidRPr="00861FC3">
        <w:rPr>
          <w:sz w:val="28"/>
          <w:szCs w:val="28"/>
        </w:rPr>
        <w:t xml:space="preserve"> </w:t>
      </w:r>
      <w:proofErr w:type="spellStart"/>
      <w:r w:rsidRPr="00861FC3">
        <w:rPr>
          <w:sz w:val="28"/>
          <w:szCs w:val="28"/>
        </w:rPr>
        <w:t>phố</w:t>
      </w:r>
      <w:proofErr w:type="spellEnd"/>
      <w:r w:rsidRPr="00861FC3">
        <w:rPr>
          <w:sz w:val="28"/>
          <w:szCs w:val="28"/>
        </w:rPr>
        <w:t xml:space="preserve"> </w:t>
      </w:r>
      <w:proofErr w:type="spellStart"/>
      <w:r w:rsidRPr="00861FC3">
        <w:rPr>
          <w:sz w:val="28"/>
          <w:szCs w:val="28"/>
        </w:rPr>
        <w:t>Đồng</w:t>
      </w:r>
      <w:proofErr w:type="spellEnd"/>
      <w:r w:rsidRPr="00861FC3">
        <w:rPr>
          <w:sz w:val="28"/>
          <w:szCs w:val="28"/>
        </w:rPr>
        <w:t xml:space="preserve"> </w:t>
      </w:r>
      <w:proofErr w:type="spellStart"/>
      <w:r w:rsidRPr="00861FC3">
        <w:rPr>
          <w:sz w:val="28"/>
          <w:szCs w:val="28"/>
        </w:rPr>
        <w:t>Nai</w:t>
      </w:r>
      <w:proofErr w:type="spellEnd"/>
      <w:r w:rsidRPr="00861FC3">
        <w:rPr>
          <w:sz w:val="28"/>
          <w:szCs w:val="28"/>
        </w:rPr>
        <w:t>)</w:t>
      </w:r>
    </w:p>
    <w:p w:rsidR="00861FC3" w:rsidRDefault="00861FC3">
      <w:pPr>
        <w:pStyle w:val="HCHeading1"/>
        <w:keepNext/>
        <w:rPr>
          <w:rFonts w:cs="Times New Roman"/>
          <w:sz w:val="28"/>
          <w:szCs w:val="28"/>
        </w:rPr>
      </w:pPr>
    </w:p>
    <w:p w:rsidR="007C6B9B" w:rsidRPr="00B21210" w:rsidRDefault="00B21210">
      <w:pPr>
        <w:pStyle w:val="HCHeading1"/>
        <w:keepNext/>
        <w:rPr>
          <w:rFonts w:cs="Times New Roman"/>
          <w:sz w:val="28"/>
          <w:szCs w:val="28"/>
        </w:rPr>
      </w:pPr>
      <w:r w:rsidRPr="00B21210">
        <w:rPr>
          <w:rFonts w:cs="Times New Roman"/>
          <w:sz w:val="28"/>
          <w:szCs w:val="28"/>
        </w:rPr>
        <w:t>I. MỤC ĐÍCH VIỆC LẤY Ý KIẾN</w:t>
      </w:r>
    </w:p>
    <w:p w:rsidR="007C6B9B" w:rsidRPr="00B21210" w:rsidRDefault="00B21210">
      <w:pPr>
        <w:pStyle w:val="HCBody"/>
        <w:rPr>
          <w:rFonts w:cs="Times New Roman"/>
          <w:sz w:val="28"/>
          <w:szCs w:val="28"/>
        </w:rPr>
      </w:pPr>
      <w:proofErr w:type="spellStart"/>
      <w:r w:rsidRPr="00B21210">
        <w:rPr>
          <w:rFonts w:cs="Times New Roman"/>
          <w:sz w:val="28"/>
          <w:szCs w:val="28"/>
        </w:rPr>
        <w:t>Phiếu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lấy</w:t>
      </w:r>
      <w:proofErr w:type="spellEnd"/>
      <w:r w:rsidRPr="00B21210">
        <w:rPr>
          <w:rFonts w:cs="Times New Roman"/>
          <w:sz w:val="28"/>
          <w:szCs w:val="28"/>
        </w:rPr>
        <w:t xml:space="preserve"> ý </w:t>
      </w:r>
      <w:proofErr w:type="spellStart"/>
      <w:r w:rsidRPr="00B21210">
        <w:rPr>
          <w:rFonts w:cs="Times New Roman"/>
          <w:sz w:val="28"/>
          <w:szCs w:val="28"/>
        </w:rPr>
        <w:t>kiến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này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được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lập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nhằm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lấy</w:t>
      </w:r>
      <w:proofErr w:type="spellEnd"/>
      <w:r w:rsidRPr="00B21210">
        <w:rPr>
          <w:rFonts w:cs="Times New Roman"/>
          <w:sz w:val="28"/>
          <w:szCs w:val="28"/>
        </w:rPr>
        <w:t xml:space="preserve"> ý </w:t>
      </w:r>
      <w:proofErr w:type="spellStart"/>
      <w:r w:rsidRPr="00B21210">
        <w:rPr>
          <w:rFonts w:cs="Times New Roman"/>
          <w:sz w:val="28"/>
          <w:szCs w:val="28"/>
        </w:rPr>
        <w:t>kiến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cộng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đồng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dân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cư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đối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với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hồ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sơ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điều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chỉnh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cục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bộ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Quy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hoạc</w:t>
      </w:r>
      <w:r w:rsidR="00861FC3">
        <w:rPr>
          <w:rFonts w:cs="Times New Roman"/>
          <w:sz w:val="28"/>
          <w:szCs w:val="28"/>
        </w:rPr>
        <w:t>h</w:t>
      </w:r>
      <w:proofErr w:type="spellEnd"/>
      <w:r w:rsidR="00861FC3">
        <w:rPr>
          <w:rFonts w:cs="Times New Roman"/>
          <w:sz w:val="28"/>
          <w:szCs w:val="28"/>
        </w:rPr>
        <w:t xml:space="preserve"> </w:t>
      </w:r>
      <w:proofErr w:type="spellStart"/>
      <w:r w:rsidR="00861FC3">
        <w:rPr>
          <w:rFonts w:cs="Times New Roman"/>
          <w:sz w:val="28"/>
          <w:szCs w:val="28"/>
        </w:rPr>
        <w:t>chung</w:t>
      </w:r>
      <w:proofErr w:type="spellEnd"/>
      <w:r w:rsidR="00861FC3">
        <w:rPr>
          <w:rFonts w:cs="Times New Roman"/>
          <w:sz w:val="28"/>
          <w:szCs w:val="28"/>
        </w:rPr>
        <w:t xml:space="preserve"> </w:t>
      </w:r>
      <w:proofErr w:type="spellStart"/>
      <w:r w:rsidR="00861FC3">
        <w:rPr>
          <w:rFonts w:cs="Times New Roman"/>
          <w:sz w:val="28"/>
          <w:szCs w:val="28"/>
        </w:rPr>
        <w:t>xây</w:t>
      </w:r>
      <w:proofErr w:type="spellEnd"/>
      <w:r w:rsidR="00861FC3">
        <w:rPr>
          <w:rFonts w:cs="Times New Roman"/>
          <w:sz w:val="28"/>
          <w:szCs w:val="28"/>
        </w:rPr>
        <w:t xml:space="preserve"> </w:t>
      </w:r>
      <w:proofErr w:type="spellStart"/>
      <w:r w:rsidR="00861FC3">
        <w:rPr>
          <w:rFonts w:cs="Times New Roman"/>
          <w:sz w:val="28"/>
          <w:szCs w:val="28"/>
        </w:rPr>
        <w:t>dựng</w:t>
      </w:r>
      <w:proofErr w:type="spellEnd"/>
      <w:r w:rsidR="00861FC3">
        <w:rPr>
          <w:rFonts w:cs="Times New Roman"/>
          <w:sz w:val="28"/>
          <w:szCs w:val="28"/>
        </w:rPr>
        <w:t xml:space="preserve"> </w:t>
      </w:r>
      <w:proofErr w:type="spellStart"/>
      <w:r w:rsidR="00861FC3">
        <w:rPr>
          <w:rFonts w:cs="Times New Roman"/>
          <w:sz w:val="28"/>
          <w:szCs w:val="28"/>
        </w:rPr>
        <w:t>xã</w:t>
      </w:r>
      <w:proofErr w:type="spellEnd"/>
      <w:r w:rsidR="00861FC3">
        <w:rPr>
          <w:rFonts w:cs="Times New Roman"/>
          <w:sz w:val="28"/>
          <w:szCs w:val="28"/>
        </w:rPr>
        <w:t xml:space="preserve"> Long </w:t>
      </w:r>
      <w:proofErr w:type="spellStart"/>
      <w:r w:rsidR="00861FC3">
        <w:rPr>
          <w:rFonts w:cs="Times New Roman"/>
          <w:sz w:val="28"/>
          <w:szCs w:val="28"/>
        </w:rPr>
        <w:t>Đức</w:t>
      </w:r>
      <w:proofErr w:type="spellEnd"/>
      <w:r w:rsidRPr="00B21210">
        <w:rPr>
          <w:rFonts w:cs="Times New Roman"/>
          <w:sz w:val="28"/>
          <w:szCs w:val="28"/>
        </w:rPr>
        <w:t xml:space="preserve">, </w:t>
      </w:r>
      <w:proofErr w:type="spellStart"/>
      <w:r w:rsidRPr="00B21210">
        <w:rPr>
          <w:rFonts w:cs="Times New Roman"/>
          <w:sz w:val="28"/>
          <w:szCs w:val="28"/>
        </w:rPr>
        <w:t>huyện</w:t>
      </w:r>
      <w:proofErr w:type="spellEnd"/>
      <w:r w:rsidRPr="00B21210">
        <w:rPr>
          <w:rFonts w:cs="Times New Roman"/>
          <w:sz w:val="28"/>
          <w:szCs w:val="28"/>
        </w:rPr>
        <w:t xml:space="preserve"> Long </w:t>
      </w:r>
      <w:proofErr w:type="spellStart"/>
      <w:r w:rsidRPr="00B21210">
        <w:rPr>
          <w:rFonts w:cs="Times New Roman"/>
          <w:sz w:val="28"/>
          <w:szCs w:val="28"/>
        </w:rPr>
        <w:t>Thành</w:t>
      </w:r>
      <w:proofErr w:type="spellEnd"/>
      <w:r w:rsidRPr="00B21210">
        <w:rPr>
          <w:rFonts w:cs="Times New Roman"/>
          <w:sz w:val="28"/>
          <w:szCs w:val="28"/>
        </w:rPr>
        <w:t xml:space="preserve">, </w:t>
      </w:r>
      <w:proofErr w:type="spellStart"/>
      <w:r w:rsidRPr="00B21210">
        <w:rPr>
          <w:rFonts w:cs="Times New Roman"/>
          <w:sz w:val="28"/>
          <w:szCs w:val="28"/>
        </w:rPr>
        <w:t>tỉnh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Đồng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Nai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giai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đoạn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đến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năm</w:t>
      </w:r>
      <w:proofErr w:type="spellEnd"/>
      <w:r w:rsidRPr="00B21210">
        <w:rPr>
          <w:rFonts w:cs="Times New Roman"/>
          <w:sz w:val="28"/>
          <w:szCs w:val="28"/>
        </w:rPr>
        <w:t xml:space="preserve"> 2025 </w:t>
      </w:r>
      <w:proofErr w:type="spellStart"/>
      <w:r w:rsidRPr="00B21210">
        <w:rPr>
          <w:rFonts w:cs="Times New Roman"/>
          <w:sz w:val="28"/>
          <w:szCs w:val="28"/>
        </w:rPr>
        <w:t>và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dài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hạn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đến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năm</w:t>
      </w:r>
      <w:proofErr w:type="spellEnd"/>
      <w:r w:rsidRPr="00B21210">
        <w:rPr>
          <w:rFonts w:cs="Times New Roman"/>
          <w:sz w:val="28"/>
          <w:szCs w:val="28"/>
        </w:rPr>
        <w:t xml:space="preserve"> 2030 (</w:t>
      </w:r>
      <w:proofErr w:type="spellStart"/>
      <w:r w:rsidRPr="00B21210">
        <w:rPr>
          <w:rFonts w:cs="Times New Roman"/>
          <w:sz w:val="28"/>
          <w:szCs w:val="28"/>
        </w:rPr>
        <w:t>phạm</w:t>
      </w:r>
      <w:proofErr w:type="spellEnd"/>
      <w:r w:rsidRPr="00B21210">
        <w:rPr>
          <w:rFonts w:cs="Times New Roman"/>
          <w:sz w:val="28"/>
          <w:szCs w:val="28"/>
        </w:rPr>
        <w:t xml:space="preserve"> vi </w:t>
      </w:r>
      <w:proofErr w:type="spellStart"/>
      <w:r w:rsidRPr="00B21210">
        <w:rPr>
          <w:rFonts w:cs="Times New Roman"/>
          <w:sz w:val="28"/>
          <w:szCs w:val="28"/>
        </w:rPr>
        <w:t>xã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r w:rsidR="00861FC3">
        <w:rPr>
          <w:rFonts w:cs="Times New Roman"/>
          <w:sz w:val="28"/>
          <w:szCs w:val="28"/>
        </w:rPr>
        <w:t xml:space="preserve">Long </w:t>
      </w:r>
      <w:proofErr w:type="spellStart"/>
      <w:r w:rsidR="00861FC3">
        <w:rPr>
          <w:rFonts w:cs="Times New Roman"/>
          <w:sz w:val="28"/>
          <w:szCs w:val="28"/>
        </w:rPr>
        <w:t>Đức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cũ</w:t>
      </w:r>
      <w:proofErr w:type="spellEnd"/>
      <w:r w:rsidRPr="00B21210">
        <w:rPr>
          <w:rFonts w:cs="Times New Roman"/>
          <w:sz w:val="28"/>
          <w:szCs w:val="28"/>
        </w:rPr>
        <w:t xml:space="preserve">, nay </w:t>
      </w:r>
      <w:proofErr w:type="spellStart"/>
      <w:r w:rsidRPr="00B21210">
        <w:rPr>
          <w:rFonts w:cs="Times New Roman"/>
          <w:sz w:val="28"/>
          <w:szCs w:val="28"/>
        </w:rPr>
        <w:t>thuộc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xã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="00861FC3">
        <w:rPr>
          <w:rFonts w:cs="Times New Roman"/>
          <w:sz w:val="28"/>
          <w:szCs w:val="28"/>
        </w:rPr>
        <w:t>Bình</w:t>
      </w:r>
      <w:proofErr w:type="spellEnd"/>
      <w:r w:rsidR="00861FC3">
        <w:rPr>
          <w:rFonts w:cs="Times New Roman"/>
          <w:sz w:val="28"/>
          <w:szCs w:val="28"/>
        </w:rPr>
        <w:t xml:space="preserve"> </w:t>
      </w:r>
      <w:r w:rsidRPr="00B21210">
        <w:rPr>
          <w:rFonts w:cs="Times New Roman"/>
          <w:sz w:val="28"/>
          <w:szCs w:val="28"/>
        </w:rPr>
        <w:t xml:space="preserve">An, </w:t>
      </w:r>
      <w:proofErr w:type="spellStart"/>
      <w:r w:rsidRPr="00B21210">
        <w:rPr>
          <w:rFonts w:cs="Times New Roman"/>
          <w:sz w:val="28"/>
          <w:szCs w:val="28"/>
        </w:rPr>
        <w:t>thành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phố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Đồng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Nai</w:t>
      </w:r>
      <w:proofErr w:type="spellEnd"/>
      <w:r w:rsidRPr="00B21210">
        <w:rPr>
          <w:rFonts w:cs="Times New Roman"/>
          <w:sz w:val="28"/>
          <w:szCs w:val="28"/>
        </w:rPr>
        <w:t xml:space="preserve">), </w:t>
      </w:r>
      <w:proofErr w:type="spellStart"/>
      <w:r w:rsidRPr="00B21210">
        <w:rPr>
          <w:rFonts w:cs="Times New Roman"/>
          <w:sz w:val="28"/>
          <w:szCs w:val="28"/>
        </w:rPr>
        <w:t>bảo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đảm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công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khai</w:t>
      </w:r>
      <w:proofErr w:type="spellEnd"/>
      <w:r w:rsidRPr="00B21210">
        <w:rPr>
          <w:rFonts w:cs="Times New Roman"/>
          <w:sz w:val="28"/>
          <w:szCs w:val="28"/>
        </w:rPr>
        <w:t xml:space="preserve">, minh </w:t>
      </w:r>
      <w:proofErr w:type="spellStart"/>
      <w:r w:rsidRPr="00B21210">
        <w:rPr>
          <w:rFonts w:cs="Times New Roman"/>
          <w:sz w:val="28"/>
          <w:szCs w:val="28"/>
        </w:rPr>
        <w:t>bạch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và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phát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huy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quyền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tham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gia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của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cộng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đồng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trong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quá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trình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điều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chỉnh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quy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hoạch</w:t>
      </w:r>
      <w:proofErr w:type="spellEnd"/>
      <w:r w:rsidRPr="00B21210">
        <w:rPr>
          <w:rFonts w:cs="Times New Roman"/>
          <w:sz w:val="28"/>
          <w:szCs w:val="28"/>
        </w:rPr>
        <w:t>.</w:t>
      </w:r>
    </w:p>
    <w:p w:rsidR="007C6B9B" w:rsidRPr="00B21210" w:rsidRDefault="00B21210">
      <w:pPr>
        <w:pStyle w:val="HCBody"/>
        <w:rPr>
          <w:rFonts w:cs="Times New Roman"/>
          <w:sz w:val="28"/>
          <w:szCs w:val="28"/>
        </w:rPr>
      </w:pPr>
      <w:proofErr w:type="spellStart"/>
      <w:r w:rsidRPr="00B21210">
        <w:rPr>
          <w:rFonts w:cs="Times New Roman"/>
          <w:sz w:val="28"/>
          <w:szCs w:val="28"/>
        </w:rPr>
        <w:t>Nội</w:t>
      </w:r>
      <w:proofErr w:type="spellEnd"/>
      <w:r w:rsidRPr="00B21210">
        <w:rPr>
          <w:rFonts w:cs="Times New Roman"/>
          <w:sz w:val="28"/>
          <w:szCs w:val="28"/>
        </w:rPr>
        <w:t xml:space="preserve"> dung </w:t>
      </w:r>
      <w:proofErr w:type="spellStart"/>
      <w:r w:rsidRPr="00B21210">
        <w:rPr>
          <w:rFonts w:cs="Times New Roman"/>
          <w:sz w:val="28"/>
          <w:szCs w:val="28"/>
        </w:rPr>
        <w:t>điều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chỉnh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chủ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yếu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là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bổ</w:t>
      </w:r>
      <w:proofErr w:type="spellEnd"/>
      <w:r w:rsidRPr="00B21210">
        <w:rPr>
          <w:rFonts w:cs="Times New Roman"/>
          <w:sz w:val="28"/>
          <w:szCs w:val="28"/>
        </w:rPr>
        <w:t xml:space="preserve"> sung 02 </w:t>
      </w:r>
      <w:proofErr w:type="spellStart"/>
      <w:r w:rsidRPr="00B21210">
        <w:rPr>
          <w:rFonts w:cs="Times New Roman"/>
          <w:sz w:val="28"/>
          <w:szCs w:val="28"/>
        </w:rPr>
        <w:t>tuyến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ống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chuyển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tải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nước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sạch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thuộc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dự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án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Xa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lộ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nước</w:t>
      </w:r>
      <w:proofErr w:type="spellEnd"/>
      <w:r w:rsidRPr="00B21210">
        <w:rPr>
          <w:rFonts w:cs="Times New Roman"/>
          <w:sz w:val="28"/>
          <w:szCs w:val="28"/>
        </w:rPr>
        <w:t xml:space="preserve"> Long </w:t>
      </w:r>
      <w:proofErr w:type="spellStart"/>
      <w:r w:rsidRPr="00B21210">
        <w:rPr>
          <w:rFonts w:cs="Times New Roman"/>
          <w:sz w:val="28"/>
          <w:szCs w:val="28"/>
        </w:rPr>
        <w:t>Thành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dọc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hành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lang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đường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cao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tốc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Biên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Hòa</w:t>
      </w:r>
      <w:proofErr w:type="spellEnd"/>
      <w:r w:rsidRPr="00B21210">
        <w:rPr>
          <w:rFonts w:cs="Times New Roman"/>
          <w:sz w:val="28"/>
          <w:szCs w:val="28"/>
        </w:rPr>
        <w:t xml:space="preserve"> - </w:t>
      </w:r>
      <w:proofErr w:type="spellStart"/>
      <w:r w:rsidRPr="00B21210">
        <w:rPr>
          <w:rFonts w:cs="Times New Roman"/>
          <w:sz w:val="28"/>
          <w:szCs w:val="28"/>
        </w:rPr>
        <w:t>Vũng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Tàu</w:t>
      </w:r>
      <w:proofErr w:type="spellEnd"/>
      <w:r w:rsidRPr="00B21210">
        <w:rPr>
          <w:rFonts w:cs="Times New Roman"/>
          <w:sz w:val="28"/>
          <w:szCs w:val="28"/>
        </w:rPr>
        <w:t xml:space="preserve">; </w:t>
      </w:r>
      <w:proofErr w:type="spellStart"/>
      <w:r w:rsidRPr="00B21210">
        <w:rPr>
          <w:rFonts w:cs="Times New Roman"/>
          <w:sz w:val="28"/>
          <w:szCs w:val="28"/>
        </w:rPr>
        <w:t>xác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định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nguyên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tắc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bố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trí</w:t>
      </w:r>
      <w:proofErr w:type="spellEnd"/>
      <w:r w:rsidRPr="00B21210">
        <w:rPr>
          <w:rFonts w:cs="Times New Roman"/>
          <w:sz w:val="28"/>
          <w:szCs w:val="28"/>
        </w:rPr>
        <w:t xml:space="preserve">, </w:t>
      </w:r>
      <w:proofErr w:type="spellStart"/>
      <w:r w:rsidRPr="00B21210">
        <w:rPr>
          <w:rFonts w:cs="Times New Roman"/>
          <w:sz w:val="28"/>
          <w:szCs w:val="28"/>
        </w:rPr>
        <w:t>kết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nối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và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quản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lý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hành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lang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tuyến</w:t>
      </w:r>
      <w:proofErr w:type="spellEnd"/>
      <w:r w:rsidRPr="00B21210">
        <w:rPr>
          <w:rFonts w:cs="Times New Roman"/>
          <w:sz w:val="28"/>
          <w:szCs w:val="28"/>
        </w:rPr>
        <w:t xml:space="preserve">, </w:t>
      </w:r>
      <w:proofErr w:type="spellStart"/>
      <w:r w:rsidRPr="00B21210">
        <w:rPr>
          <w:rFonts w:cs="Times New Roman"/>
          <w:sz w:val="28"/>
          <w:szCs w:val="28"/>
        </w:rPr>
        <w:t>đồng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thời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giữ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nguyên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tính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chất</w:t>
      </w:r>
      <w:proofErr w:type="spellEnd"/>
      <w:r w:rsidRPr="00B21210">
        <w:rPr>
          <w:rFonts w:cs="Times New Roman"/>
          <w:sz w:val="28"/>
          <w:szCs w:val="28"/>
        </w:rPr>
        <w:t xml:space="preserve">, </w:t>
      </w:r>
      <w:proofErr w:type="spellStart"/>
      <w:r w:rsidRPr="00B21210">
        <w:rPr>
          <w:rFonts w:cs="Times New Roman"/>
          <w:sz w:val="28"/>
          <w:szCs w:val="28"/>
        </w:rPr>
        <w:t>chức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năng</w:t>
      </w:r>
      <w:proofErr w:type="spellEnd"/>
      <w:r w:rsidRPr="00B21210">
        <w:rPr>
          <w:rFonts w:cs="Times New Roman"/>
          <w:sz w:val="28"/>
          <w:szCs w:val="28"/>
        </w:rPr>
        <w:t xml:space="preserve">, </w:t>
      </w:r>
      <w:proofErr w:type="spellStart"/>
      <w:r w:rsidRPr="00B21210">
        <w:rPr>
          <w:rFonts w:cs="Times New Roman"/>
          <w:sz w:val="28"/>
          <w:szCs w:val="28"/>
        </w:rPr>
        <w:t>phạm</w:t>
      </w:r>
      <w:proofErr w:type="spellEnd"/>
      <w:r w:rsidRPr="00B21210">
        <w:rPr>
          <w:rFonts w:cs="Times New Roman"/>
          <w:sz w:val="28"/>
          <w:szCs w:val="28"/>
        </w:rPr>
        <w:t xml:space="preserve"> vi </w:t>
      </w:r>
      <w:proofErr w:type="spellStart"/>
      <w:r w:rsidRPr="00B21210">
        <w:rPr>
          <w:rFonts w:cs="Times New Roman"/>
          <w:sz w:val="28"/>
          <w:szCs w:val="28"/>
        </w:rPr>
        <w:t>ranh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giới</w:t>
      </w:r>
      <w:proofErr w:type="spellEnd"/>
      <w:r w:rsidRPr="00B21210">
        <w:rPr>
          <w:rFonts w:cs="Times New Roman"/>
          <w:sz w:val="28"/>
          <w:szCs w:val="28"/>
        </w:rPr>
        <w:t xml:space="preserve">, </w:t>
      </w:r>
      <w:proofErr w:type="spellStart"/>
      <w:r w:rsidRPr="00B21210">
        <w:rPr>
          <w:rFonts w:cs="Times New Roman"/>
          <w:sz w:val="28"/>
          <w:szCs w:val="28"/>
        </w:rPr>
        <w:t>quy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mô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dân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số</w:t>
      </w:r>
      <w:proofErr w:type="spellEnd"/>
      <w:r w:rsidRPr="00B21210">
        <w:rPr>
          <w:rFonts w:cs="Times New Roman"/>
          <w:sz w:val="28"/>
          <w:szCs w:val="28"/>
        </w:rPr>
        <w:t xml:space="preserve">, </w:t>
      </w:r>
      <w:proofErr w:type="spellStart"/>
      <w:r w:rsidRPr="00B21210">
        <w:rPr>
          <w:rFonts w:cs="Times New Roman"/>
          <w:sz w:val="28"/>
          <w:szCs w:val="28"/>
        </w:rPr>
        <w:t>cơ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cấu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sử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dụng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đất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và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các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giải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pháp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quy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hoạch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chính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của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đồ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án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đã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được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phê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duyệt</w:t>
      </w:r>
      <w:proofErr w:type="spellEnd"/>
      <w:r w:rsidRPr="00B21210">
        <w:rPr>
          <w:rFonts w:cs="Times New Roman"/>
          <w:sz w:val="28"/>
          <w:szCs w:val="28"/>
        </w:rPr>
        <w:t>.</w:t>
      </w:r>
    </w:p>
    <w:p w:rsidR="007C6B9B" w:rsidRPr="00B21210" w:rsidRDefault="00B21210">
      <w:pPr>
        <w:pStyle w:val="HCBody"/>
        <w:rPr>
          <w:rFonts w:cs="Times New Roman"/>
          <w:sz w:val="28"/>
          <w:szCs w:val="28"/>
        </w:rPr>
      </w:pPr>
      <w:proofErr w:type="spellStart"/>
      <w:r w:rsidRPr="00B21210">
        <w:rPr>
          <w:rFonts w:cs="Times New Roman"/>
          <w:sz w:val="28"/>
          <w:szCs w:val="28"/>
        </w:rPr>
        <w:t>Các</w:t>
      </w:r>
      <w:proofErr w:type="spellEnd"/>
      <w:r w:rsidRPr="00B21210">
        <w:rPr>
          <w:rFonts w:cs="Times New Roman"/>
          <w:sz w:val="28"/>
          <w:szCs w:val="28"/>
        </w:rPr>
        <w:t xml:space="preserve"> ý </w:t>
      </w:r>
      <w:proofErr w:type="spellStart"/>
      <w:r w:rsidRPr="00B21210">
        <w:rPr>
          <w:rFonts w:cs="Times New Roman"/>
          <w:sz w:val="28"/>
          <w:szCs w:val="28"/>
        </w:rPr>
        <w:t>kiến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góp</w:t>
      </w:r>
      <w:proofErr w:type="spellEnd"/>
      <w:r w:rsidRPr="00B21210">
        <w:rPr>
          <w:rFonts w:cs="Times New Roman"/>
          <w:sz w:val="28"/>
          <w:szCs w:val="28"/>
        </w:rPr>
        <w:t xml:space="preserve"> ý </w:t>
      </w:r>
      <w:proofErr w:type="spellStart"/>
      <w:r w:rsidRPr="00B21210">
        <w:rPr>
          <w:rFonts w:cs="Times New Roman"/>
          <w:sz w:val="28"/>
          <w:szCs w:val="28"/>
        </w:rPr>
        <w:t>được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Phòng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Kinh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tế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xã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="00861FC3">
        <w:rPr>
          <w:rFonts w:cs="Times New Roman"/>
          <w:sz w:val="28"/>
          <w:szCs w:val="28"/>
        </w:rPr>
        <w:t>Bình</w:t>
      </w:r>
      <w:proofErr w:type="spellEnd"/>
      <w:r w:rsidR="00861FC3">
        <w:rPr>
          <w:rFonts w:cs="Times New Roman"/>
          <w:sz w:val="28"/>
          <w:szCs w:val="28"/>
        </w:rPr>
        <w:t xml:space="preserve"> </w:t>
      </w:r>
      <w:r w:rsidRPr="00B21210">
        <w:rPr>
          <w:rFonts w:cs="Times New Roman"/>
          <w:sz w:val="28"/>
          <w:szCs w:val="28"/>
        </w:rPr>
        <w:t xml:space="preserve">An </w:t>
      </w:r>
      <w:proofErr w:type="spellStart"/>
      <w:r w:rsidRPr="00B21210">
        <w:rPr>
          <w:rFonts w:cs="Times New Roman"/>
          <w:sz w:val="28"/>
          <w:szCs w:val="28"/>
        </w:rPr>
        <w:t>tổng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hợp</w:t>
      </w:r>
      <w:proofErr w:type="spellEnd"/>
      <w:r w:rsidRPr="00B21210">
        <w:rPr>
          <w:rFonts w:cs="Times New Roman"/>
          <w:sz w:val="28"/>
          <w:szCs w:val="28"/>
        </w:rPr>
        <w:t xml:space="preserve">, </w:t>
      </w:r>
      <w:proofErr w:type="spellStart"/>
      <w:r w:rsidRPr="00B21210">
        <w:rPr>
          <w:rFonts w:cs="Times New Roman"/>
          <w:sz w:val="28"/>
          <w:szCs w:val="28"/>
        </w:rPr>
        <w:t>nghiên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cứu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tiếp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B21210">
        <w:rPr>
          <w:rFonts w:cs="Times New Roman"/>
          <w:sz w:val="28"/>
          <w:szCs w:val="28"/>
        </w:rPr>
        <w:t>thu</w:t>
      </w:r>
      <w:proofErr w:type="spellEnd"/>
      <w:proofErr w:type="gramEnd"/>
      <w:r w:rsidRPr="00B21210">
        <w:rPr>
          <w:rFonts w:cs="Times New Roman"/>
          <w:sz w:val="28"/>
          <w:szCs w:val="28"/>
        </w:rPr>
        <w:t xml:space="preserve">, </w:t>
      </w:r>
      <w:proofErr w:type="spellStart"/>
      <w:r w:rsidRPr="00B21210">
        <w:rPr>
          <w:rFonts w:cs="Times New Roman"/>
          <w:sz w:val="28"/>
          <w:szCs w:val="28"/>
        </w:rPr>
        <w:t>giải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trình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và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sử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dụng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làm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cơ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sở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hoàn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thiện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hồ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sơ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trình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thẩm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định</w:t>
      </w:r>
      <w:proofErr w:type="spellEnd"/>
      <w:r w:rsidRPr="00B21210">
        <w:rPr>
          <w:rFonts w:cs="Times New Roman"/>
          <w:sz w:val="28"/>
          <w:szCs w:val="28"/>
        </w:rPr>
        <w:t xml:space="preserve">, </w:t>
      </w:r>
      <w:proofErr w:type="spellStart"/>
      <w:r w:rsidRPr="00B21210">
        <w:rPr>
          <w:rFonts w:cs="Times New Roman"/>
          <w:sz w:val="28"/>
          <w:szCs w:val="28"/>
        </w:rPr>
        <w:t>phê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duyệt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theo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quy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định</w:t>
      </w:r>
      <w:proofErr w:type="spellEnd"/>
      <w:r w:rsidRPr="00B21210">
        <w:rPr>
          <w:rFonts w:cs="Times New Roman"/>
          <w:sz w:val="28"/>
          <w:szCs w:val="28"/>
        </w:rPr>
        <w:t>.</w:t>
      </w:r>
    </w:p>
    <w:p w:rsidR="007C6B9B" w:rsidRPr="00B21210" w:rsidRDefault="00B21210">
      <w:pPr>
        <w:pStyle w:val="HCHeading1"/>
        <w:keepNext/>
        <w:rPr>
          <w:rFonts w:cs="Times New Roman"/>
          <w:sz w:val="28"/>
          <w:szCs w:val="28"/>
        </w:rPr>
      </w:pPr>
      <w:r w:rsidRPr="00B21210">
        <w:rPr>
          <w:rFonts w:cs="Times New Roman"/>
          <w:sz w:val="28"/>
          <w:szCs w:val="28"/>
        </w:rPr>
        <w:t>II. NỘI DUNG LẤY Ý KIẾN</w:t>
      </w:r>
    </w:p>
    <w:p w:rsidR="007C6B9B" w:rsidRPr="00B21210" w:rsidRDefault="00B21210">
      <w:pPr>
        <w:pStyle w:val="HCBody"/>
        <w:rPr>
          <w:rFonts w:cs="Times New Roman"/>
          <w:sz w:val="28"/>
          <w:szCs w:val="28"/>
        </w:rPr>
      </w:pPr>
      <w:proofErr w:type="spellStart"/>
      <w:r w:rsidRPr="00B21210">
        <w:rPr>
          <w:rFonts w:cs="Times New Roman"/>
          <w:sz w:val="28"/>
          <w:szCs w:val="28"/>
        </w:rPr>
        <w:t>Dự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thảo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hồ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sơ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điều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chỉnh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cục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bộ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Quy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hoạch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chung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xây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dựng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xã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r w:rsidR="00861FC3">
        <w:rPr>
          <w:rFonts w:cs="Times New Roman"/>
          <w:sz w:val="28"/>
          <w:szCs w:val="28"/>
        </w:rPr>
        <w:t xml:space="preserve">Long </w:t>
      </w:r>
      <w:proofErr w:type="spellStart"/>
      <w:r w:rsidR="00861FC3">
        <w:rPr>
          <w:rFonts w:cs="Times New Roman"/>
          <w:sz w:val="28"/>
          <w:szCs w:val="28"/>
        </w:rPr>
        <w:t>Đức</w:t>
      </w:r>
      <w:proofErr w:type="spellEnd"/>
      <w:r w:rsidRPr="00B21210">
        <w:rPr>
          <w:rFonts w:cs="Times New Roman"/>
          <w:sz w:val="28"/>
          <w:szCs w:val="28"/>
        </w:rPr>
        <w:t xml:space="preserve">, </w:t>
      </w:r>
      <w:proofErr w:type="spellStart"/>
      <w:r w:rsidRPr="00B21210">
        <w:rPr>
          <w:rFonts w:cs="Times New Roman"/>
          <w:sz w:val="28"/>
          <w:szCs w:val="28"/>
        </w:rPr>
        <w:t>huyện</w:t>
      </w:r>
      <w:proofErr w:type="spellEnd"/>
      <w:r w:rsidRPr="00B21210">
        <w:rPr>
          <w:rFonts w:cs="Times New Roman"/>
          <w:sz w:val="28"/>
          <w:szCs w:val="28"/>
        </w:rPr>
        <w:t xml:space="preserve"> Long </w:t>
      </w:r>
      <w:proofErr w:type="spellStart"/>
      <w:r w:rsidRPr="00B21210">
        <w:rPr>
          <w:rFonts w:cs="Times New Roman"/>
          <w:sz w:val="28"/>
          <w:szCs w:val="28"/>
        </w:rPr>
        <w:t>Thành</w:t>
      </w:r>
      <w:proofErr w:type="spellEnd"/>
      <w:r w:rsidRPr="00B21210">
        <w:rPr>
          <w:rFonts w:cs="Times New Roman"/>
          <w:sz w:val="28"/>
          <w:szCs w:val="28"/>
        </w:rPr>
        <w:t xml:space="preserve">, </w:t>
      </w:r>
      <w:proofErr w:type="spellStart"/>
      <w:r w:rsidRPr="00B21210">
        <w:rPr>
          <w:rFonts w:cs="Times New Roman"/>
          <w:sz w:val="28"/>
          <w:szCs w:val="28"/>
        </w:rPr>
        <w:t>tỉnh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Đồng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Nai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giai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đoạn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đến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năm</w:t>
      </w:r>
      <w:proofErr w:type="spellEnd"/>
      <w:r w:rsidRPr="00B21210">
        <w:rPr>
          <w:rFonts w:cs="Times New Roman"/>
          <w:sz w:val="28"/>
          <w:szCs w:val="28"/>
        </w:rPr>
        <w:t xml:space="preserve"> 2025 </w:t>
      </w:r>
      <w:proofErr w:type="spellStart"/>
      <w:r w:rsidRPr="00B21210">
        <w:rPr>
          <w:rFonts w:cs="Times New Roman"/>
          <w:sz w:val="28"/>
          <w:szCs w:val="28"/>
        </w:rPr>
        <w:t>và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dài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hạn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đến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năm</w:t>
      </w:r>
      <w:proofErr w:type="spellEnd"/>
      <w:r w:rsidRPr="00B21210">
        <w:rPr>
          <w:rFonts w:cs="Times New Roman"/>
          <w:sz w:val="28"/>
          <w:szCs w:val="28"/>
        </w:rPr>
        <w:t xml:space="preserve"> 2030 (</w:t>
      </w:r>
      <w:proofErr w:type="spellStart"/>
      <w:r w:rsidRPr="00B21210">
        <w:rPr>
          <w:rFonts w:cs="Times New Roman"/>
          <w:sz w:val="28"/>
          <w:szCs w:val="28"/>
        </w:rPr>
        <w:t>phạm</w:t>
      </w:r>
      <w:proofErr w:type="spellEnd"/>
      <w:r w:rsidRPr="00B21210">
        <w:rPr>
          <w:rFonts w:cs="Times New Roman"/>
          <w:sz w:val="28"/>
          <w:szCs w:val="28"/>
        </w:rPr>
        <w:t xml:space="preserve"> vi </w:t>
      </w:r>
      <w:proofErr w:type="spellStart"/>
      <w:r w:rsidRPr="00B21210">
        <w:rPr>
          <w:rFonts w:cs="Times New Roman"/>
          <w:sz w:val="28"/>
          <w:szCs w:val="28"/>
        </w:rPr>
        <w:t>xã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r w:rsidR="00861FC3">
        <w:rPr>
          <w:rFonts w:cs="Times New Roman"/>
          <w:sz w:val="28"/>
          <w:szCs w:val="28"/>
        </w:rPr>
        <w:t xml:space="preserve">Long </w:t>
      </w:r>
      <w:proofErr w:type="spellStart"/>
      <w:r w:rsidR="00861FC3">
        <w:rPr>
          <w:rFonts w:cs="Times New Roman"/>
          <w:sz w:val="28"/>
          <w:szCs w:val="28"/>
        </w:rPr>
        <w:t>Đức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cũ</w:t>
      </w:r>
      <w:proofErr w:type="spellEnd"/>
      <w:r w:rsidRPr="00B21210">
        <w:rPr>
          <w:rFonts w:cs="Times New Roman"/>
          <w:sz w:val="28"/>
          <w:szCs w:val="28"/>
        </w:rPr>
        <w:t xml:space="preserve">, nay </w:t>
      </w:r>
      <w:proofErr w:type="spellStart"/>
      <w:r w:rsidRPr="00B21210">
        <w:rPr>
          <w:rFonts w:cs="Times New Roman"/>
          <w:sz w:val="28"/>
          <w:szCs w:val="28"/>
        </w:rPr>
        <w:t>thuộc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xã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="00861FC3">
        <w:rPr>
          <w:rFonts w:cs="Times New Roman"/>
          <w:sz w:val="28"/>
          <w:szCs w:val="28"/>
        </w:rPr>
        <w:t>Bình</w:t>
      </w:r>
      <w:proofErr w:type="spellEnd"/>
      <w:r w:rsidR="00861FC3">
        <w:rPr>
          <w:rFonts w:cs="Times New Roman"/>
          <w:sz w:val="28"/>
          <w:szCs w:val="28"/>
        </w:rPr>
        <w:t xml:space="preserve"> </w:t>
      </w:r>
      <w:r w:rsidRPr="00B21210">
        <w:rPr>
          <w:rFonts w:cs="Times New Roman"/>
          <w:sz w:val="28"/>
          <w:szCs w:val="28"/>
        </w:rPr>
        <w:t xml:space="preserve">An, </w:t>
      </w:r>
      <w:proofErr w:type="spellStart"/>
      <w:r w:rsidRPr="00B21210">
        <w:rPr>
          <w:rFonts w:cs="Times New Roman"/>
          <w:sz w:val="28"/>
          <w:szCs w:val="28"/>
        </w:rPr>
        <w:t>thành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phố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Đồng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Nai</w:t>
      </w:r>
      <w:proofErr w:type="spellEnd"/>
      <w:r w:rsidRPr="00B21210">
        <w:rPr>
          <w:rFonts w:cs="Times New Roman"/>
          <w:sz w:val="28"/>
          <w:szCs w:val="28"/>
        </w:rPr>
        <w:t>).</w:t>
      </w:r>
    </w:p>
    <w:p w:rsidR="007C6B9B" w:rsidRPr="00B21210" w:rsidRDefault="00B21210">
      <w:pPr>
        <w:pStyle w:val="HCHeading1"/>
        <w:keepNext/>
        <w:rPr>
          <w:rFonts w:cs="Times New Roman"/>
          <w:sz w:val="28"/>
          <w:szCs w:val="28"/>
        </w:rPr>
      </w:pPr>
      <w:r w:rsidRPr="00B21210">
        <w:rPr>
          <w:rFonts w:cs="Times New Roman"/>
          <w:sz w:val="28"/>
          <w:szCs w:val="28"/>
        </w:rPr>
        <w:t>III. HƯỚNG DẪN THAM GIA Ý KIẾN</w:t>
      </w:r>
    </w:p>
    <w:p w:rsidR="007C6B9B" w:rsidRPr="00B21210" w:rsidRDefault="00B21210">
      <w:pPr>
        <w:pStyle w:val="HCBody"/>
        <w:rPr>
          <w:rFonts w:cs="Times New Roman"/>
          <w:sz w:val="28"/>
          <w:szCs w:val="28"/>
        </w:rPr>
      </w:pPr>
      <w:r w:rsidRPr="00B21210">
        <w:rPr>
          <w:rFonts w:cs="Times New Roman"/>
          <w:sz w:val="28"/>
          <w:szCs w:val="28"/>
        </w:rPr>
        <w:t xml:space="preserve">Sau </w:t>
      </w:r>
      <w:proofErr w:type="spellStart"/>
      <w:r w:rsidRPr="00B21210">
        <w:rPr>
          <w:rFonts w:cs="Times New Roman"/>
          <w:sz w:val="28"/>
          <w:szCs w:val="28"/>
        </w:rPr>
        <w:t>khi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nghiên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cứu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hồ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sơ</w:t>
      </w:r>
      <w:proofErr w:type="spellEnd"/>
      <w:r w:rsidRPr="00B21210">
        <w:rPr>
          <w:rFonts w:cs="Times New Roman"/>
          <w:sz w:val="28"/>
          <w:szCs w:val="28"/>
        </w:rPr>
        <w:t xml:space="preserve">, </w:t>
      </w:r>
      <w:proofErr w:type="spellStart"/>
      <w:r w:rsidRPr="00B21210">
        <w:rPr>
          <w:rFonts w:cs="Times New Roman"/>
          <w:sz w:val="28"/>
          <w:szCs w:val="28"/>
        </w:rPr>
        <w:t>người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tham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gia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đánh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dấu</w:t>
      </w:r>
      <w:proofErr w:type="spellEnd"/>
      <w:r w:rsidRPr="00B21210">
        <w:rPr>
          <w:rFonts w:cs="Times New Roman"/>
          <w:sz w:val="28"/>
          <w:szCs w:val="28"/>
        </w:rPr>
        <w:t xml:space="preserve"> “X” </w:t>
      </w:r>
      <w:proofErr w:type="spellStart"/>
      <w:r w:rsidRPr="00B21210">
        <w:rPr>
          <w:rFonts w:cs="Times New Roman"/>
          <w:sz w:val="28"/>
          <w:szCs w:val="28"/>
        </w:rPr>
        <w:t>vào</w:t>
      </w:r>
      <w:proofErr w:type="spellEnd"/>
      <w:r w:rsidRPr="00B21210">
        <w:rPr>
          <w:rFonts w:cs="Times New Roman"/>
          <w:sz w:val="28"/>
          <w:szCs w:val="28"/>
        </w:rPr>
        <w:t xml:space="preserve"> ô </w:t>
      </w:r>
      <w:proofErr w:type="spellStart"/>
      <w:r w:rsidRPr="00B21210">
        <w:rPr>
          <w:rFonts w:cs="Times New Roman"/>
          <w:sz w:val="28"/>
          <w:szCs w:val="28"/>
        </w:rPr>
        <w:t>lựa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chọn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phù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hợp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tại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phần</w:t>
      </w:r>
      <w:proofErr w:type="spellEnd"/>
      <w:r w:rsidRPr="00B21210">
        <w:rPr>
          <w:rFonts w:cs="Times New Roman"/>
          <w:sz w:val="28"/>
          <w:szCs w:val="28"/>
        </w:rPr>
        <w:t xml:space="preserve"> B. </w:t>
      </w:r>
      <w:proofErr w:type="spellStart"/>
      <w:r w:rsidRPr="00B21210">
        <w:rPr>
          <w:rFonts w:cs="Times New Roman"/>
          <w:sz w:val="28"/>
          <w:szCs w:val="28"/>
        </w:rPr>
        <w:t>Trường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hợp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có</w:t>
      </w:r>
      <w:proofErr w:type="spellEnd"/>
      <w:r w:rsidRPr="00B21210">
        <w:rPr>
          <w:rFonts w:cs="Times New Roman"/>
          <w:sz w:val="28"/>
          <w:szCs w:val="28"/>
        </w:rPr>
        <w:t xml:space="preserve"> ý </w:t>
      </w:r>
      <w:proofErr w:type="spellStart"/>
      <w:r w:rsidRPr="00B21210">
        <w:rPr>
          <w:rFonts w:cs="Times New Roman"/>
          <w:sz w:val="28"/>
          <w:szCs w:val="28"/>
        </w:rPr>
        <w:t>kiến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khác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hoặc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đề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nghị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bổ</w:t>
      </w:r>
      <w:proofErr w:type="spellEnd"/>
      <w:r w:rsidRPr="00B21210">
        <w:rPr>
          <w:rFonts w:cs="Times New Roman"/>
          <w:sz w:val="28"/>
          <w:szCs w:val="28"/>
        </w:rPr>
        <w:t xml:space="preserve"> sung, </w:t>
      </w:r>
      <w:proofErr w:type="spellStart"/>
      <w:r w:rsidRPr="00B21210">
        <w:rPr>
          <w:rFonts w:cs="Times New Roman"/>
          <w:sz w:val="28"/>
          <w:szCs w:val="28"/>
        </w:rPr>
        <w:t>ghi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cụ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thể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tại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phần</w:t>
      </w:r>
      <w:proofErr w:type="spellEnd"/>
      <w:r w:rsidRPr="00B21210">
        <w:rPr>
          <w:rFonts w:cs="Times New Roman"/>
          <w:sz w:val="28"/>
          <w:szCs w:val="28"/>
        </w:rPr>
        <w:t xml:space="preserve"> C.</w:t>
      </w:r>
    </w:p>
    <w:p w:rsidR="007C6B9B" w:rsidRPr="00B21210" w:rsidRDefault="00B21210">
      <w:pPr>
        <w:pStyle w:val="HCHeading1"/>
        <w:keepNext/>
        <w:rPr>
          <w:rFonts w:cs="Times New Roman"/>
          <w:sz w:val="28"/>
          <w:szCs w:val="28"/>
        </w:rPr>
      </w:pPr>
      <w:r w:rsidRPr="00B21210">
        <w:rPr>
          <w:rFonts w:cs="Times New Roman"/>
          <w:sz w:val="28"/>
          <w:szCs w:val="28"/>
        </w:rPr>
        <w:t>A. THÔNG TIN NGƯỜI THAM GIA Ý KIẾN</w:t>
      </w:r>
    </w:p>
    <w:p w:rsidR="007C6B9B" w:rsidRPr="00B21210" w:rsidRDefault="00B21210" w:rsidP="00B21210">
      <w:pPr>
        <w:pStyle w:val="HCBullet"/>
        <w:ind w:firstLine="567"/>
        <w:rPr>
          <w:rFonts w:cs="Times New Roman"/>
          <w:sz w:val="28"/>
          <w:szCs w:val="28"/>
        </w:rPr>
      </w:pPr>
      <w:proofErr w:type="spellStart"/>
      <w:r w:rsidRPr="00B21210">
        <w:rPr>
          <w:rFonts w:cs="Times New Roman"/>
          <w:sz w:val="28"/>
          <w:szCs w:val="28"/>
        </w:rPr>
        <w:t>Họ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và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tên</w:t>
      </w:r>
      <w:proofErr w:type="spellEnd"/>
      <w:r w:rsidRPr="00B21210">
        <w:rPr>
          <w:rFonts w:cs="Times New Roman"/>
          <w:sz w:val="28"/>
          <w:szCs w:val="28"/>
        </w:rPr>
        <w:t>: .......................................................................................................</w:t>
      </w:r>
    </w:p>
    <w:p w:rsidR="007C6B9B" w:rsidRPr="00B21210" w:rsidRDefault="00B21210" w:rsidP="00B21210">
      <w:pPr>
        <w:pStyle w:val="HCBullet"/>
        <w:ind w:firstLine="567"/>
        <w:rPr>
          <w:rFonts w:cs="Times New Roman"/>
          <w:sz w:val="28"/>
          <w:szCs w:val="28"/>
        </w:rPr>
      </w:pPr>
      <w:proofErr w:type="spellStart"/>
      <w:r w:rsidRPr="00B21210">
        <w:rPr>
          <w:rFonts w:cs="Times New Roman"/>
          <w:sz w:val="28"/>
          <w:szCs w:val="28"/>
        </w:rPr>
        <w:t>Địa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chỉ</w:t>
      </w:r>
      <w:proofErr w:type="spellEnd"/>
      <w:r w:rsidRPr="00B21210">
        <w:rPr>
          <w:rFonts w:cs="Times New Roman"/>
          <w:sz w:val="28"/>
          <w:szCs w:val="28"/>
        </w:rPr>
        <w:t>: .........................</w:t>
      </w:r>
      <w:r w:rsidR="00861FC3">
        <w:rPr>
          <w:rFonts w:cs="Times New Roman"/>
          <w:sz w:val="28"/>
          <w:szCs w:val="28"/>
        </w:rPr>
        <w:t xml:space="preserve">........................, </w:t>
      </w:r>
      <w:proofErr w:type="spellStart"/>
      <w:r w:rsidR="00861FC3">
        <w:rPr>
          <w:rFonts w:cs="Times New Roman"/>
          <w:sz w:val="28"/>
          <w:szCs w:val="28"/>
        </w:rPr>
        <w:t>xã</w:t>
      </w:r>
      <w:proofErr w:type="spellEnd"/>
      <w:r w:rsidR="00861FC3">
        <w:rPr>
          <w:rFonts w:cs="Times New Roman"/>
          <w:sz w:val="28"/>
          <w:szCs w:val="28"/>
        </w:rPr>
        <w:t xml:space="preserve"> </w:t>
      </w:r>
      <w:proofErr w:type="spellStart"/>
      <w:r w:rsidR="00861FC3">
        <w:rPr>
          <w:rFonts w:cs="Times New Roman"/>
          <w:sz w:val="28"/>
          <w:szCs w:val="28"/>
        </w:rPr>
        <w:t>Bình</w:t>
      </w:r>
      <w:proofErr w:type="spellEnd"/>
      <w:r w:rsidR="00861FC3">
        <w:rPr>
          <w:rFonts w:cs="Times New Roman"/>
          <w:sz w:val="28"/>
          <w:szCs w:val="28"/>
        </w:rPr>
        <w:t xml:space="preserve"> </w:t>
      </w:r>
      <w:proofErr w:type="gramStart"/>
      <w:r w:rsidR="00861FC3">
        <w:rPr>
          <w:rFonts w:cs="Times New Roman"/>
          <w:sz w:val="28"/>
          <w:szCs w:val="28"/>
        </w:rPr>
        <w:t>An</w:t>
      </w:r>
      <w:proofErr w:type="gramEnd"/>
      <w:r w:rsidRPr="00B21210">
        <w:rPr>
          <w:rFonts w:cs="Times New Roman"/>
          <w:sz w:val="28"/>
          <w:szCs w:val="28"/>
        </w:rPr>
        <w:t xml:space="preserve">, </w:t>
      </w:r>
      <w:proofErr w:type="spellStart"/>
      <w:r w:rsidRPr="00B21210">
        <w:rPr>
          <w:rFonts w:cs="Times New Roman"/>
          <w:sz w:val="28"/>
          <w:szCs w:val="28"/>
        </w:rPr>
        <w:t>thành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phố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Đồng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Nai</w:t>
      </w:r>
      <w:proofErr w:type="spellEnd"/>
      <w:r w:rsidRPr="00B21210">
        <w:rPr>
          <w:rFonts w:cs="Times New Roman"/>
          <w:sz w:val="28"/>
          <w:szCs w:val="28"/>
        </w:rPr>
        <w:t>.</w:t>
      </w:r>
    </w:p>
    <w:p w:rsidR="007C6B9B" w:rsidRPr="00B21210" w:rsidRDefault="00B21210" w:rsidP="00B21210">
      <w:pPr>
        <w:pStyle w:val="HCBullet"/>
        <w:ind w:firstLine="567"/>
        <w:rPr>
          <w:rFonts w:cs="Times New Roman"/>
          <w:sz w:val="28"/>
          <w:szCs w:val="28"/>
        </w:rPr>
      </w:pPr>
      <w:proofErr w:type="spellStart"/>
      <w:r w:rsidRPr="00B21210">
        <w:rPr>
          <w:rFonts w:cs="Times New Roman"/>
          <w:sz w:val="28"/>
          <w:szCs w:val="28"/>
        </w:rPr>
        <w:t>Điện</w:t>
      </w:r>
      <w:proofErr w:type="spellEnd"/>
      <w:r w:rsidRPr="00B21210">
        <w:rPr>
          <w:rFonts w:cs="Times New Roman"/>
          <w:sz w:val="28"/>
          <w:szCs w:val="28"/>
        </w:rPr>
        <w:t xml:space="preserve"> </w:t>
      </w:r>
      <w:proofErr w:type="spellStart"/>
      <w:r w:rsidRPr="00B21210">
        <w:rPr>
          <w:rFonts w:cs="Times New Roman"/>
          <w:sz w:val="28"/>
          <w:szCs w:val="28"/>
        </w:rPr>
        <w:t>thoại</w:t>
      </w:r>
      <w:proofErr w:type="spellEnd"/>
      <w:r w:rsidRPr="00B21210">
        <w:rPr>
          <w:rFonts w:cs="Times New Roman"/>
          <w:sz w:val="28"/>
          <w:szCs w:val="28"/>
        </w:rPr>
        <w:t>: ...............................................................................................</w:t>
      </w:r>
      <w:r>
        <w:rPr>
          <w:rFonts w:cs="Times New Roman"/>
          <w:sz w:val="28"/>
          <w:szCs w:val="28"/>
        </w:rPr>
        <w:t>..</w:t>
      </w:r>
      <w:r w:rsidRPr="00B21210">
        <w:rPr>
          <w:rFonts w:cs="Times New Roman"/>
          <w:sz w:val="28"/>
          <w:szCs w:val="28"/>
        </w:rPr>
        <w:t>....</w:t>
      </w:r>
    </w:p>
    <w:p w:rsidR="007C6B9B" w:rsidRPr="00B21210" w:rsidRDefault="00B21210">
      <w:pPr>
        <w:pStyle w:val="HCHeading1"/>
        <w:keepNext/>
        <w:rPr>
          <w:rFonts w:cs="Times New Roman"/>
          <w:sz w:val="28"/>
          <w:szCs w:val="28"/>
        </w:rPr>
      </w:pPr>
      <w:r w:rsidRPr="00B21210">
        <w:rPr>
          <w:rFonts w:cs="Times New Roman"/>
          <w:sz w:val="28"/>
          <w:szCs w:val="28"/>
        </w:rPr>
        <w:lastRenderedPageBreak/>
        <w:t>B. Ý KIẾN ĐỐI VỚI NỘI DUNG ĐIỀU CHỈNH CỤC BỘ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6270"/>
        <w:gridCol w:w="1020"/>
        <w:gridCol w:w="1077"/>
      </w:tblGrid>
      <w:tr w:rsidR="007C6B9B" w:rsidRPr="00B21210" w:rsidTr="00B21210">
        <w:tc>
          <w:tcPr>
            <w:tcW w:w="817" w:type="dxa"/>
            <w:vAlign w:val="center"/>
          </w:tcPr>
          <w:p w:rsidR="007C6B9B" w:rsidRPr="00B21210" w:rsidRDefault="00B21210" w:rsidP="00B2121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21210">
              <w:rPr>
                <w:rFonts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6270" w:type="dxa"/>
            <w:vAlign w:val="center"/>
          </w:tcPr>
          <w:p w:rsidR="007C6B9B" w:rsidRPr="00B21210" w:rsidRDefault="00B21210" w:rsidP="00B21210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B21210">
              <w:rPr>
                <w:rFonts w:cs="Times New Roman"/>
                <w:b/>
                <w:sz w:val="28"/>
                <w:szCs w:val="28"/>
              </w:rPr>
              <w:t>Nội</w:t>
            </w:r>
            <w:proofErr w:type="spellEnd"/>
            <w:r w:rsidRPr="00B21210">
              <w:rPr>
                <w:rFonts w:cs="Times New Roman"/>
                <w:b/>
                <w:sz w:val="28"/>
                <w:szCs w:val="28"/>
              </w:rPr>
              <w:t xml:space="preserve"> dung </w:t>
            </w:r>
            <w:proofErr w:type="spellStart"/>
            <w:r w:rsidRPr="00B21210">
              <w:rPr>
                <w:rFonts w:cs="Times New Roman"/>
                <w:b/>
                <w:sz w:val="28"/>
                <w:szCs w:val="28"/>
              </w:rPr>
              <w:t>lấy</w:t>
            </w:r>
            <w:proofErr w:type="spellEnd"/>
            <w:r w:rsidRPr="00B21210">
              <w:rPr>
                <w:rFonts w:cs="Times New Roman"/>
                <w:b/>
                <w:sz w:val="28"/>
                <w:szCs w:val="28"/>
              </w:rPr>
              <w:t xml:space="preserve"> ý </w:t>
            </w:r>
            <w:proofErr w:type="spellStart"/>
            <w:r w:rsidRPr="00B21210">
              <w:rPr>
                <w:rFonts w:cs="Times New Roman"/>
                <w:b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1020" w:type="dxa"/>
            <w:vAlign w:val="center"/>
          </w:tcPr>
          <w:p w:rsidR="007C6B9B" w:rsidRPr="00B21210" w:rsidRDefault="00B21210" w:rsidP="00B21210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B21210">
              <w:rPr>
                <w:rFonts w:cs="Times New Roman"/>
                <w:b/>
                <w:sz w:val="28"/>
                <w:szCs w:val="28"/>
              </w:rPr>
              <w:t>Đồng</w:t>
            </w:r>
            <w:proofErr w:type="spellEnd"/>
            <w:r w:rsidRPr="00B21210">
              <w:rPr>
                <w:rFonts w:cs="Times New Roman"/>
                <w:b/>
                <w:sz w:val="28"/>
                <w:szCs w:val="28"/>
              </w:rPr>
              <w:t xml:space="preserve"> ý</w:t>
            </w:r>
          </w:p>
        </w:tc>
        <w:tc>
          <w:tcPr>
            <w:tcW w:w="1077" w:type="dxa"/>
            <w:vAlign w:val="center"/>
          </w:tcPr>
          <w:p w:rsidR="007C6B9B" w:rsidRPr="00B21210" w:rsidRDefault="00B21210" w:rsidP="00B21210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B21210">
              <w:rPr>
                <w:rFonts w:cs="Times New Roman"/>
                <w:b/>
                <w:sz w:val="28"/>
                <w:szCs w:val="28"/>
              </w:rPr>
              <w:t>Không</w:t>
            </w:r>
            <w:proofErr w:type="spellEnd"/>
            <w:r w:rsidRPr="00B21210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b/>
                <w:sz w:val="28"/>
                <w:szCs w:val="28"/>
              </w:rPr>
              <w:t>đồng</w:t>
            </w:r>
            <w:proofErr w:type="spellEnd"/>
            <w:r w:rsidRPr="00B21210">
              <w:rPr>
                <w:rFonts w:cs="Times New Roman"/>
                <w:b/>
                <w:sz w:val="28"/>
                <w:szCs w:val="28"/>
              </w:rPr>
              <w:t xml:space="preserve"> ý</w:t>
            </w:r>
          </w:p>
        </w:tc>
      </w:tr>
      <w:tr w:rsidR="007C6B9B" w:rsidRPr="00B21210" w:rsidTr="00B21210">
        <w:tc>
          <w:tcPr>
            <w:tcW w:w="817" w:type="dxa"/>
            <w:vAlign w:val="center"/>
          </w:tcPr>
          <w:p w:rsidR="007C6B9B" w:rsidRPr="00B21210" w:rsidRDefault="00B21210" w:rsidP="00B2121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21210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6270" w:type="dxa"/>
          </w:tcPr>
          <w:p w:rsidR="007C6B9B" w:rsidRPr="00B21210" w:rsidRDefault="00B21210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B21210">
              <w:rPr>
                <w:rFonts w:cs="Times New Roman"/>
                <w:sz w:val="28"/>
                <w:szCs w:val="28"/>
              </w:rPr>
              <w:t>Sự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cần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thiết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điều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chỉnh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cục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bộ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quy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hoạch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để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bổ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sung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tuyến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chuyển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tải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nước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sạch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thuộc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dự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21210">
              <w:rPr>
                <w:rFonts w:cs="Times New Roman"/>
                <w:sz w:val="28"/>
                <w:szCs w:val="28"/>
              </w:rPr>
              <w:t>án</w:t>
            </w:r>
            <w:proofErr w:type="spellEnd"/>
            <w:proofErr w:type="gram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Xa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lộ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nước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Long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Thành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020" w:type="dxa"/>
            <w:vAlign w:val="center"/>
          </w:tcPr>
          <w:p w:rsidR="007C6B9B" w:rsidRPr="00B21210" w:rsidRDefault="00B21210" w:rsidP="00B2121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21210">
              <w:rPr>
                <w:rFonts w:cs="Times New Roman"/>
                <w:sz w:val="28"/>
                <w:szCs w:val="28"/>
              </w:rPr>
              <w:t>□</w:t>
            </w:r>
          </w:p>
        </w:tc>
        <w:tc>
          <w:tcPr>
            <w:tcW w:w="1077" w:type="dxa"/>
            <w:vAlign w:val="center"/>
          </w:tcPr>
          <w:p w:rsidR="007C6B9B" w:rsidRPr="00B21210" w:rsidRDefault="00B21210" w:rsidP="00B2121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21210">
              <w:rPr>
                <w:rFonts w:cs="Times New Roman"/>
                <w:sz w:val="28"/>
                <w:szCs w:val="28"/>
              </w:rPr>
              <w:t>□</w:t>
            </w:r>
          </w:p>
        </w:tc>
      </w:tr>
      <w:tr w:rsidR="007C6B9B" w:rsidRPr="00B21210" w:rsidTr="00B21210">
        <w:tc>
          <w:tcPr>
            <w:tcW w:w="817" w:type="dxa"/>
            <w:vAlign w:val="center"/>
          </w:tcPr>
          <w:p w:rsidR="007C6B9B" w:rsidRPr="00B21210" w:rsidRDefault="00B21210" w:rsidP="00B2121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21210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6270" w:type="dxa"/>
          </w:tcPr>
          <w:p w:rsidR="007C6B9B" w:rsidRPr="00B21210" w:rsidRDefault="00B21210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B21210">
              <w:rPr>
                <w:rFonts w:cs="Times New Roman"/>
                <w:sz w:val="28"/>
                <w:szCs w:val="28"/>
              </w:rPr>
              <w:t>Vị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trí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phạm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vi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ranh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giới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và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hướng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tuyến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dự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kiến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dọc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hành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lang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đường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cao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tốc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Biên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Hòa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-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Vũng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Tàu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020" w:type="dxa"/>
            <w:vAlign w:val="center"/>
          </w:tcPr>
          <w:p w:rsidR="007C6B9B" w:rsidRPr="00B21210" w:rsidRDefault="00B21210" w:rsidP="00B2121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21210">
              <w:rPr>
                <w:rFonts w:cs="Times New Roman"/>
                <w:sz w:val="28"/>
                <w:szCs w:val="28"/>
              </w:rPr>
              <w:t>□</w:t>
            </w:r>
          </w:p>
        </w:tc>
        <w:tc>
          <w:tcPr>
            <w:tcW w:w="1077" w:type="dxa"/>
            <w:vAlign w:val="center"/>
          </w:tcPr>
          <w:p w:rsidR="007C6B9B" w:rsidRPr="00B21210" w:rsidRDefault="00B21210" w:rsidP="00B2121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21210">
              <w:rPr>
                <w:rFonts w:cs="Times New Roman"/>
                <w:sz w:val="28"/>
                <w:szCs w:val="28"/>
              </w:rPr>
              <w:t>□</w:t>
            </w:r>
          </w:p>
        </w:tc>
      </w:tr>
      <w:tr w:rsidR="007C6B9B" w:rsidRPr="00B21210" w:rsidTr="00B21210">
        <w:tc>
          <w:tcPr>
            <w:tcW w:w="817" w:type="dxa"/>
            <w:vAlign w:val="center"/>
          </w:tcPr>
          <w:p w:rsidR="007C6B9B" w:rsidRPr="00B21210" w:rsidRDefault="00B21210" w:rsidP="00B2121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21210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6270" w:type="dxa"/>
          </w:tcPr>
          <w:p w:rsidR="007C6B9B" w:rsidRPr="00B21210" w:rsidRDefault="00B21210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B21210">
              <w:rPr>
                <w:rFonts w:cs="Times New Roman"/>
                <w:sz w:val="28"/>
                <w:szCs w:val="28"/>
              </w:rPr>
              <w:t>Phương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21210">
              <w:rPr>
                <w:rFonts w:cs="Times New Roman"/>
                <w:sz w:val="28"/>
                <w:szCs w:val="28"/>
              </w:rPr>
              <w:t>án</w:t>
            </w:r>
            <w:proofErr w:type="spellEnd"/>
            <w:proofErr w:type="gram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bổ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sung 02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tuyến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ống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chuyển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tải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nước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sạch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đường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kính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dự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kiến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từ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D1600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đến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D1000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tùy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từng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đoạn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020" w:type="dxa"/>
            <w:vAlign w:val="center"/>
          </w:tcPr>
          <w:p w:rsidR="007C6B9B" w:rsidRPr="00B21210" w:rsidRDefault="00B21210" w:rsidP="00B2121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21210">
              <w:rPr>
                <w:rFonts w:cs="Times New Roman"/>
                <w:sz w:val="28"/>
                <w:szCs w:val="28"/>
              </w:rPr>
              <w:t>□</w:t>
            </w:r>
          </w:p>
        </w:tc>
        <w:tc>
          <w:tcPr>
            <w:tcW w:w="1077" w:type="dxa"/>
            <w:vAlign w:val="center"/>
          </w:tcPr>
          <w:p w:rsidR="007C6B9B" w:rsidRPr="00B21210" w:rsidRDefault="00B21210" w:rsidP="00B2121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21210">
              <w:rPr>
                <w:rFonts w:cs="Times New Roman"/>
                <w:sz w:val="28"/>
                <w:szCs w:val="28"/>
              </w:rPr>
              <w:t>□</w:t>
            </w:r>
          </w:p>
        </w:tc>
      </w:tr>
      <w:tr w:rsidR="007C6B9B" w:rsidRPr="00B21210" w:rsidTr="00B21210">
        <w:tc>
          <w:tcPr>
            <w:tcW w:w="817" w:type="dxa"/>
            <w:vAlign w:val="center"/>
          </w:tcPr>
          <w:p w:rsidR="007C6B9B" w:rsidRPr="00B21210" w:rsidRDefault="00B21210" w:rsidP="00B2121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21210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6270" w:type="dxa"/>
          </w:tcPr>
          <w:p w:rsidR="007C6B9B" w:rsidRPr="00B21210" w:rsidRDefault="00B21210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B21210">
              <w:rPr>
                <w:rFonts w:cs="Times New Roman"/>
                <w:sz w:val="28"/>
                <w:szCs w:val="28"/>
              </w:rPr>
              <w:t>Nguyên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tắc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bố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trí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tuyến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ngầm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bảo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đảm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khoảng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cách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gramStart"/>
            <w:r w:rsidRPr="00B21210">
              <w:rPr>
                <w:rFonts w:cs="Times New Roman"/>
                <w:sz w:val="28"/>
                <w:szCs w:val="28"/>
              </w:rPr>
              <w:t>an</w:t>
            </w:r>
            <w:proofErr w:type="gram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toàn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phối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hợp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với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giao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thông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và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các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công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trình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hạ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tầng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kỹ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thuật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hiện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hữu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020" w:type="dxa"/>
            <w:vAlign w:val="center"/>
          </w:tcPr>
          <w:p w:rsidR="007C6B9B" w:rsidRPr="00B21210" w:rsidRDefault="00B21210" w:rsidP="00B2121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21210">
              <w:rPr>
                <w:rFonts w:cs="Times New Roman"/>
                <w:sz w:val="28"/>
                <w:szCs w:val="28"/>
              </w:rPr>
              <w:t>□</w:t>
            </w:r>
          </w:p>
        </w:tc>
        <w:tc>
          <w:tcPr>
            <w:tcW w:w="1077" w:type="dxa"/>
            <w:vAlign w:val="center"/>
          </w:tcPr>
          <w:p w:rsidR="007C6B9B" w:rsidRPr="00B21210" w:rsidRDefault="00B21210" w:rsidP="00B2121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21210">
              <w:rPr>
                <w:rFonts w:cs="Times New Roman"/>
                <w:sz w:val="28"/>
                <w:szCs w:val="28"/>
              </w:rPr>
              <w:t>□</w:t>
            </w:r>
          </w:p>
        </w:tc>
      </w:tr>
      <w:tr w:rsidR="007C6B9B" w:rsidRPr="00B21210" w:rsidTr="00B21210">
        <w:tc>
          <w:tcPr>
            <w:tcW w:w="817" w:type="dxa"/>
            <w:vAlign w:val="center"/>
          </w:tcPr>
          <w:p w:rsidR="007C6B9B" w:rsidRPr="00B21210" w:rsidRDefault="00B21210" w:rsidP="00B2121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21210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6270" w:type="dxa"/>
          </w:tcPr>
          <w:p w:rsidR="007C6B9B" w:rsidRPr="00B21210" w:rsidRDefault="00B21210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B21210">
              <w:rPr>
                <w:rFonts w:cs="Times New Roman"/>
                <w:sz w:val="28"/>
                <w:szCs w:val="28"/>
              </w:rPr>
              <w:t>Việc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giữ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nguyên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tính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chất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chức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năng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phạm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vi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ranh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giới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quy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mô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dân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số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cơ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cấu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sử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dụng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đất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và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các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chỉ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tiêu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chủ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yếu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của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Quy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hoạch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chung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đã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được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phê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21210">
              <w:rPr>
                <w:rFonts w:cs="Times New Roman"/>
                <w:sz w:val="28"/>
                <w:szCs w:val="28"/>
              </w:rPr>
              <w:t>duyệt</w:t>
            </w:r>
            <w:proofErr w:type="spellEnd"/>
            <w:r w:rsidRPr="00B21210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020" w:type="dxa"/>
            <w:vAlign w:val="center"/>
          </w:tcPr>
          <w:p w:rsidR="007C6B9B" w:rsidRPr="00B21210" w:rsidRDefault="00B21210" w:rsidP="00B2121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21210">
              <w:rPr>
                <w:rFonts w:cs="Times New Roman"/>
                <w:sz w:val="28"/>
                <w:szCs w:val="28"/>
              </w:rPr>
              <w:t>□</w:t>
            </w:r>
          </w:p>
        </w:tc>
        <w:tc>
          <w:tcPr>
            <w:tcW w:w="1077" w:type="dxa"/>
            <w:vAlign w:val="center"/>
          </w:tcPr>
          <w:p w:rsidR="007C6B9B" w:rsidRPr="00B21210" w:rsidRDefault="00B21210" w:rsidP="00B2121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21210">
              <w:rPr>
                <w:rFonts w:cs="Times New Roman"/>
                <w:sz w:val="28"/>
                <w:szCs w:val="28"/>
              </w:rPr>
              <w:t>□</w:t>
            </w:r>
          </w:p>
        </w:tc>
      </w:tr>
    </w:tbl>
    <w:p w:rsidR="007C6B9B" w:rsidRPr="00B21210" w:rsidRDefault="00B21210">
      <w:pPr>
        <w:pStyle w:val="HCHeading1"/>
        <w:keepNext/>
        <w:rPr>
          <w:rFonts w:cs="Times New Roman"/>
          <w:sz w:val="28"/>
          <w:szCs w:val="28"/>
        </w:rPr>
      </w:pPr>
      <w:r w:rsidRPr="00B21210">
        <w:rPr>
          <w:rFonts w:cs="Times New Roman"/>
          <w:sz w:val="28"/>
          <w:szCs w:val="28"/>
        </w:rPr>
        <w:t>C. Ý KIẾN, ĐỀ NGHỊ KHÁC</w:t>
      </w:r>
    </w:p>
    <w:p w:rsidR="007C6B9B" w:rsidRPr="00B21210" w:rsidRDefault="00B21210">
      <w:pPr>
        <w:pStyle w:val="HCBullet"/>
        <w:rPr>
          <w:rFonts w:cs="Times New Roman"/>
          <w:sz w:val="28"/>
          <w:szCs w:val="28"/>
        </w:rPr>
      </w:pPr>
      <w:r w:rsidRPr="00B21210">
        <w:rPr>
          <w:rFonts w:cs="Times New Roman"/>
          <w:sz w:val="28"/>
          <w:szCs w:val="28"/>
        </w:rPr>
        <w:t>............................................................................................................................</w:t>
      </w:r>
    </w:p>
    <w:p w:rsidR="007C6B9B" w:rsidRPr="00B21210" w:rsidRDefault="00B21210">
      <w:pPr>
        <w:pStyle w:val="HCBullet"/>
        <w:rPr>
          <w:rFonts w:cs="Times New Roman"/>
          <w:sz w:val="28"/>
          <w:szCs w:val="28"/>
        </w:rPr>
      </w:pPr>
      <w:r w:rsidRPr="00B21210">
        <w:rPr>
          <w:rFonts w:cs="Times New Roman"/>
          <w:sz w:val="28"/>
          <w:szCs w:val="28"/>
        </w:rPr>
        <w:t>............................................................................................................................</w:t>
      </w:r>
    </w:p>
    <w:p w:rsidR="007C6B9B" w:rsidRPr="00B21210" w:rsidRDefault="00B21210">
      <w:pPr>
        <w:pStyle w:val="HCBullet"/>
        <w:rPr>
          <w:rFonts w:cs="Times New Roman"/>
          <w:sz w:val="28"/>
          <w:szCs w:val="28"/>
        </w:rPr>
      </w:pPr>
      <w:r w:rsidRPr="00B21210">
        <w:rPr>
          <w:rFonts w:cs="Times New Roman"/>
          <w:sz w:val="28"/>
          <w:szCs w:val="28"/>
        </w:rPr>
        <w:t>............................................................................................................................</w:t>
      </w:r>
    </w:p>
    <w:p w:rsidR="007C6B9B" w:rsidRPr="00B21210" w:rsidRDefault="00B21210">
      <w:pPr>
        <w:pStyle w:val="HCBullet"/>
        <w:rPr>
          <w:rFonts w:cs="Times New Roman"/>
          <w:sz w:val="28"/>
          <w:szCs w:val="28"/>
        </w:rPr>
      </w:pPr>
      <w:r w:rsidRPr="00B21210">
        <w:rPr>
          <w:rFonts w:cs="Times New Roman"/>
          <w:sz w:val="28"/>
          <w:szCs w:val="28"/>
        </w:rPr>
        <w:t>............................................................................................................................</w:t>
      </w:r>
    </w:p>
    <w:p w:rsidR="007C6B9B" w:rsidRPr="00B21210" w:rsidRDefault="00B21210">
      <w:pPr>
        <w:pStyle w:val="HCBullet"/>
        <w:rPr>
          <w:rFonts w:cs="Times New Roman"/>
          <w:sz w:val="28"/>
          <w:szCs w:val="28"/>
        </w:rPr>
      </w:pPr>
      <w:r w:rsidRPr="00B21210">
        <w:rPr>
          <w:rFonts w:cs="Times New Roman"/>
          <w:sz w:val="28"/>
          <w:szCs w:val="28"/>
        </w:rPr>
        <w:t>............................................................................................................................</w:t>
      </w:r>
    </w:p>
    <w:p w:rsidR="007C6B9B" w:rsidRPr="00B21210" w:rsidRDefault="00B21210">
      <w:pPr>
        <w:pStyle w:val="HCBullet"/>
        <w:rPr>
          <w:rFonts w:cs="Times New Roman"/>
          <w:sz w:val="28"/>
          <w:szCs w:val="28"/>
        </w:rPr>
      </w:pPr>
      <w:r w:rsidRPr="00B21210">
        <w:rPr>
          <w:rFonts w:cs="Times New Roman"/>
          <w:sz w:val="28"/>
          <w:szCs w:val="28"/>
        </w:rPr>
        <w:t>............................................................................................................................</w:t>
      </w:r>
    </w:p>
    <w:p w:rsidR="007C6B9B" w:rsidRPr="00B21210" w:rsidRDefault="00861FC3">
      <w:pPr>
        <w:jc w:val="right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i/>
          <w:sz w:val="28"/>
          <w:szCs w:val="28"/>
        </w:rPr>
        <w:t>Bình</w:t>
      </w:r>
      <w:proofErr w:type="spellEnd"/>
      <w:r>
        <w:rPr>
          <w:rFonts w:cs="Times New Roman"/>
          <w:i/>
          <w:sz w:val="28"/>
          <w:szCs w:val="28"/>
        </w:rPr>
        <w:t xml:space="preserve"> </w:t>
      </w:r>
      <w:r w:rsidR="00B21210" w:rsidRPr="00B21210">
        <w:rPr>
          <w:rFonts w:cs="Times New Roman"/>
          <w:i/>
          <w:sz w:val="28"/>
          <w:szCs w:val="28"/>
        </w:rPr>
        <w:t xml:space="preserve">An, </w:t>
      </w:r>
      <w:proofErr w:type="spellStart"/>
      <w:proofErr w:type="gramStart"/>
      <w:r w:rsidR="00B21210" w:rsidRPr="00B21210">
        <w:rPr>
          <w:rFonts w:cs="Times New Roman"/>
          <w:i/>
          <w:sz w:val="28"/>
          <w:szCs w:val="28"/>
        </w:rPr>
        <w:t>ngày</w:t>
      </w:r>
      <w:proofErr w:type="spellEnd"/>
      <w:r w:rsidR="00B21210" w:rsidRPr="00B21210">
        <w:rPr>
          <w:rFonts w:cs="Times New Roman"/>
          <w:i/>
          <w:sz w:val="28"/>
          <w:szCs w:val="28"/>
        </w:rPr>
        <w:t xml:space="preserve"> .....</w:t>
      </w:r>
      <w:proofErr w:type="gramEnd"/>
      <w:r w:rsidR="00B21210" w:rsidRPr="00B21210">
        <w:rPr>
          <w:rFonts w:cs="Times New Roman"/>
          <w:i/>
          <w:sz w:val="28"/>
          <w:szCs w:val="28"/>
        </w:rPr>
        <w:t xml:space="preserve"> </w:t>
      </w:r>
      <w:proofErr w:type="spellStart"/>
      <w:proofErr w:type="gramStart"/>
      <w:r w:rsidR="00B21210" w:rsidRPr="00B21210">
        <w:rPr>
          <w:rFonts w:cs="Times New Roman"/>
          <w:i/>
          <w:sz w:val="28"/>
          <w:szCs w:val="28"/>
        </w:rPr>
        <w:t>tháng</w:t>
      </w:r>
      <w:proofErr w:type="spellEnd"/>
      <w:r w:rsidR="00B21210" w:rsidRPr="00B21210">
        <w:rPr>
          <w:rFonts w:cs="Times New Roman"/>
          <w:i/>
          <w:sz w:val="28"/>
          <w:szCs w:val="28"/>
        </w:rPr>
        <w:t xml:space="preserve"> .....</w:t>
      </w:r>
      <w:proofErr w:type="gramEnd"/>
      <w:r w:rsidR="00B21210" w:rsidRPr="00B21210">
        <w:rPr>
          <w:rFonts w:cs="Times New Roman"/>
          <w:i/>
          <w:sz w:val="28"/>
          <w:szCs w:val="28"/>
        </w:rPr>
        <w:t xml:space="preserve"> </w:t>
      </w:r>
      <w:proofErr w:type="spellStart"/>
      <w:proofErr w:type="gramStart"/>
      <w:r w:rsidR="00B21210" w:rsidRPr="00B21210">
        <w:rPr>
          <w:rFonts w:cs="Times New Roman"/>
          <w:i/>
          <w:sz w:val="28"/>
          <w:szCs w:val="28"/>
        </w:rPr>
        <w:t>năm</w:t>
      </w:r>
      <w:proofErr w:type="spellEnd"/>
      <w:proofErr w:type="gramEnd"/>
      <w:r w:rsidR="00B21210" w:rsidRPr="00B21210">
        <w:rPr>
          <w:rFonts w:cs="Times New Roman"/>
          <w:i/>
          <w:sz w:val="28"/>
          <w:szCs w:val="28"/>
        </w:rPr>
        <w:t xml:space="preserve"> 2026</w:t>
      </w:r>
    </w:p>
    <w:p w:rsidR="007C6B9B" w:rsidRDefault="00B21210" w:rsidP="00B21210">
      <w:pPr>
        <w:ind w:left="3600" w:firstLine="720"/>
        <w:jc w:val="center"/>
      </w:pPr>
      <w:r>
        <w:rPr>
          <w:b/>
        </w:rPr>
        <w:t>NGƯỜI THAM GIA Ý KIẾN</w:t>
      </w:r>
    </w:p>
    <w:p w:rsidR="007C6B9B" w:rsidRDefault="00B21210" w:rsidP="00B21210">
      <w:pPr>
        <w:ind w:left="3600" w:firstLine="720"/>
        <w:jc w:val="center"/>
      </w:pPr>
      <w:r>
        <w:rPr>
          <w:i/>
          <w:sz w:val="24"/>
        </w:rPr>
        <w:t>(</w:t>
      </w:r>
      <w:proofErr w:type="spellStart"/>
      <w:r>
        <w:rPr>
          <w:i/>
          <w:sz w:val="24"/>
        </w:rPr>
        <w:t>Ký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và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ghi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rõ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họ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tên</w:t>
      </w:r>
      <w:proofErr w:type="spellEnd"/>
      <w:r>
        <w:rPr>
          <w:i/>
          <w:sz w:val="24"/>
        </w:rPr>
        <w:t>)</w:t>
      </w:r>
    </w:p>
    <w:sectPr w:rsidR="007C6B9B" w:rsidSect="00034616">
      <w:pgSz w:w="11906" w:h="16838"/>
      <w:pgMar w:top="1134" w:right="1134" w:bottom="1134" w:left="1701" w:header="454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D4E86"/>
    <w:rsid w:val="0015074B"/>
    <w:rsid w:val="0029639D"/>
    <w:rsid w:val="00326F90"/>
    <w:rsid w:val="007C6B9B"/>
    <w:rsid w:val="00861FC3"/>
    <w:rsid w:val="009C56EA"/>
    <w:rsid w:val="00AA1D8D"/>
    <w:rsid w:val="00B21210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300"/>
  <w15:docId w15:val="{BBFC716F-B51D-4430-9D59-719DF8760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60"/>
      <w:jc w:val="both"/>
    </w:pPr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HCTitle">
    <w:name w:val="HC_Title"/>
    <w:pPr>
      <w:spacing w:before="60" w:after="60"/>
      <w:jc w:val="center"/>
    </w:pPr>
    <w:rPr>
      <w:rFonts w:ascii="Times New Roman" w:eastAsia="Times New Roman" w:hAnsi="Times New Roman"/>
      <w:b/>
      <w:sz w:val="28"/>
    </w:rPr>
  </w:style>
  <w:style w:type="paragraph" w:customStyle="1" w:styleId="HCSubtitle">
    <w:name w:val="HC_Subtitle"/>
    <w:pPr>
      <w:spacing w:after="120"/>
      <w:jc w:val="center"/>
    </w:pPr>
    <w:rPr>
      <w:rFonts w:ascii="Times New Roman" w:eastAsia="Times New Roman" w:hAnsi="Times New Roman"/>
      <w:b/>
      <w:sz w:val="26"/>
    </w:rPr>
  </w:style>
  <w:style w:type="paragraph" w:customStyle="1" w:styleId="HCHeading1">
    <w:name w:val="HC_Heading1"/>
    <w:pPr>
      <w:spacing w:before="120" w:after="60"/>
    </w:pPr>
    <w:rPr>
      <w:rFonts w:ascii="Times New Roman" w:eastAsia="Times New Roman" w:hAnsi="Times New Roman"/>
      <w:b/>
      <w:sz w:val="26"/>
    </w:rPr>
  </w:style>
  <w:style w:type="paragraph" w:customStyle="1" w:styleId="HCHeading2">
    <w:name w:val="HC_Heading2"/>
    <w:pPr>
      <w:spacing w:before="60" w:after="60"/>
    </w:pPr>
    <w:rPr>
      <w:rFonts w:ascii="Times New Roman" w:eastAsia="Times New Roman" w:hAnsi="Times New Roman"/>
      <w:b/>
      <w:sz w:val="26"/>
    </w:rPr>
  </w:style>
  <w:style w:type="paragraph" w:customStyle="1" w:styleId="HCBody">
    <w:name w:val="HC_Body"/>
    <w:pPr>
      <w:spacing w:after="60"/>
      <w:ind w:firstLine="567"/>
      <w:jc w:val="both"/>
    </w:pPr>
    <w:rPr>
      <w:rFonts w:ascii="Times New Roman" w:eastAsia="Times New Roman" w:hAnsi="Times New Roman"/>
      <w:sz w:val="26"/>
    </w:rPr>
  </w:style>
  <w:style w:type="paragraph" w:customStyle="1" w:styleId="HCBullet">
    <w:name w:val="HC_Bullet"/>
    <w:pPr>
      <w:spacing w:after="40"/>
      <w:jc w:val="both"/>
    </w:pPr>
    <w:rPr>
      <w:rFonts w:ascii="Times New Roman" w:eastAsia="Times New Roman" w:hAnsi="Times New Roman"/>
      <w:sz w:val="26"/>
    </w:rPr>
  </w:style>
  <w:style w:type="paragraph" w:customStyle="1" w:styleId="HCCenter">
    <w:name w:val="HC_Center"/>
    <w:pPr>
      <w:spacing w:after="60"/>
      <w:jc w:val="center"/>
    </w:pPr>
    <w:rPr>
      <w:rFonts w:ascii="Times New Roman" w:eastAsia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B278DD-DA8D-465A-BC46-D2D5CFB5B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3675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3</cp:revision>
  <dcterms:created xsi:type="dcterms:W3CDTF">2026-08-14T04:40:00Z</dcterms:created>
  <dcterms:modified xsi:type="dcterms:W3CDTF">2026-08-20T12:09:00Z</dcterms:modified>
  <cp:category/>
</cp:coreProperties>
</file>